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7C7E" w:rsidRDefault="00C31F08">
      <w:pPr>
        <w:jc w:val="center"/>
      </w:pPr>
      <w:r>
        <w:rPr>
          <w:b/>
          <w:color w:val="0066CC"/>
          <w:sz w:val="32"/>
        </w:rPr>
        <w:t>TRƯ</w:t>
      </w:r>
      <w:r>
        <w:rPr>
          <w:b/>
          <w:color w:val="0066CC"/>
          <w:sz w:val="32"/>
        </w:rPr>
        <w:t>Ờ</w:t>
      </w:r>
      <w:r>
        <w:rPr>
          <w:b/>
          <w:color w:val="0066CC"/>
          <w:sz w:val="32"/>
        </w:rPr>
        <w:t>NG M</w:t>
      </w:r>
      <w:r>
        <w:rPr>
          <w:b/>
          <w:color w:val="0066CC"/>
          <w:sz w:val="32"/>
        </w:rPr>
        <w:t>Ầ</w:t>
      </w:r>
      <w:r>
        <w:rPr>
          <w:b/>
          <w:color w:val="0066CC"/>
          <w:sz w:val="32"/>
        </w:rPr>
        <w:t>M NON PA THƠM TÍCH C</w:t>
      </w:r>
      <w:r>
        <w:rPr>
          <w:b/>
          <w:color w:val="0066CC"/>
          <w:sz w:val="32"/>
        </w:rPr>
        <w:t>Ự</w:t>
      </w:r>
      <w:r>
        <w:rPr>
          <w:b/>
          <w:color w:val="0066CC"/>
          <w:sz w:val="32"/>
        </w:rPr>
        <w:t xml:space="preserve">C </w:t>
      </w:r>
      <w:r w:rsidR="009F59B5">
        <w:rPr>
          <w:b/>
          <w:color w:val="0066CC"/>
          <w:sz w:val="32"/>
        </w:rPr>
        <w:t xml:space="preserve">TU SỬA CẢNH QUAN MÔI TRƯỜNG </w:t>
      </w:r>
      <w:r>
        <w:rPr>
          <w:b/>
          <w:color w:val="0066CC"/>
          <w:sz w:val="32"/>
        </w:rPr>
        <w:t>CHU</w:t>
      </w:r>
      <w:r>
        <w:rPr>
          <w:b/>
          <w:color w:val="0066CC"/>
          <w:sz w:val="32"/>
        </w:rPr>
        <w:t>Ẩ</w:t>
      </w:r>
      <w:r>
        <w:rPr>
          <w:b/>
          <w:color w:val="0066CC"/>
          <w:sz w:val="32"/>
        </w:rPr>
        <w:t>N B</w:t>
      </w:r>
      <w:r>
        <w:rPr>
          <w:b/>
          <w:color w:val="0066CC"/>
          <w:sz w:val="32"/>
        </w:rPr>
        <w:t>Ị</w:t>
      </w:r>
      <w:r>
        <w:rPr>
          <w:b/>
          <w:color w:val="0066CC"/>
          <w:sz w:val="32"/>
        </w:rPr>
        <w:t xml:space="preserve"> ĐÓN ĐOÀN KI</w:t>
      </w:r>
      <w:r>
        <w:rPr>
          <w:b/>
          <w:color w:val="0066CC"/>
          <w:sz w:val="32"/>
        </w:rPr>
        <w:t>Ể</w:t>
      </w:r>
      <w:r>
        <w:rPr>
          <w:b/>
          <w:color w:val="0066CC"/>
          <w:sz w:val="32"/>
        </w:rPr>
        <w:t>M TRA</w:t>
      </w:r>
      <w:r>
        <w:rPr>
          <w:b/>
          <w:color w:val="0066CC"/>
          <w:sz w:val="32"/>
        </w:rPr>
        <w:br/>
        <w:t>CÔNG NH</w:t>
      </w:r>
      <w:r>
        <w:rPr>
          <w:b/>
          <w:color w:val="0066CC"/>
          <w:sz w:val="32"/>
        </w:rPr>
        <w:t>Ậ</w:t>
      </w:r>
      <w:r>
        <w:rPr>
          <w:b/>
          <w:color w:val="0066CC"/>
          <w:sz w:val="32"/>
        </w:rPr>
        <w:t>N CHU</w:t>
      </w:r>
      <w:r>
        <w:rPr>
          <w:b/>
          <w:color w:val="0066CC"/>
          <w:sz w:val="32"/>
        </w:rPr>
        <w:t>Ẩ</w:t>
      </w:r>
      <w:r>
        <w:rPr>
          <w:b/>
          <w:color w:val="0066CC"/>
          <w:sz w:val="32"/>
        </w:rPr>
        <w:t>N QU</w:t>
      </w:r>
      <w:r>
        <w:rPr>
          <w:b/>
          <w:color w:val="0066CC"/>
          <w:sz w:val="32"/>
        </w:rPr>
        <w:t>Ố</w:t>
      </w:r>
      <w:r>
        <w:rPr>
          <w:b/>
          <w:color w:val="0066CC"/>
          <w:sz w:val="32"/>
        </w:rPr>
        <w:t>C GIA L</w:t>
      </w:r>
      <w:r>
        <w:rPr>
          <w:b/>
          <w:color w:val="0066CC"/>
          <w:sz w:val="32"/>
        </w:rPr>
        <w:t>Ầ</w:t>
      </w:r>
      <w:r>
        <w:rPr>
          <w:b/>
          <w:color w:val="0066CC"/>
          <w:sz w:val="32"/>
        </w:rPr>
        <w:t xml:space="preserve">N </w:t>
      </w:r>
      <w:r w:rsidR="00225594">
        <w:rPr>
          <w:b/>
          <w:color w:val="0066CC"/>
          <w:sz w:val="32"/>
        </w:rPr>
        <w:t xml:space="preserve"> THỨ </w:t>
      </w:r>
      <w:r w:rsidR="009F59B5">
        <w:rPr>
          <w:b/>
          <w:color w:val="0066CC"/>
          <w:sz w:val="32"/>
        </w:rPr>
        <w:t>II</w:t>
      </w:r>
    </w:p>
    <w:p w:rsidR="002D7C7E" w:rsidRPr="009F59B5" w:rsidRDefault="00C31F0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sz w:val="28"/>
          <w:szCs w:val="28"/>
        </w:rPr>
        <w:t>Hòa trong không khí thi đua sôi n</w:t>
      </w:r>
      <w:r w:rsidRPr="009F59B5">
        <w:rPr>
          <w:rFonts w:ascii="Times New Roman" w:hAnsi="Times New Roman" w:cs="Times New Roman"/>
          <w:sz w:val="28"/>
          <w:szCs w:val="28"/>
        </w:rPr>
        <w:t>ổ</w:t>
      </w:r>
      <w:r w:rsidRPr="009F59B5">
        <w:rPr>
          <w:rFonts w:ascii="Times New Roman" w:hAnsi="Times New Roman" w:cs="Times New Roman"/>
          <w:sz w:val="28"/>
          <w:szCs w:val="28"/>
        </w:rPr>
        <w:t>i c</w:t>
      </w:r>
      <w:r w:rsidRPr="009F59B5">
        <w:rPr>
          <w:rFonts w:ascii="Times New Roman" w:hAnsi="Times New Roman" w:cs="Times New Roman"/>
          <w:sz w:val="28"/>
          <w:szCs w:val="28"/>
        </w:rPr>
        <w:t>ủ</w:t>
      </w:r>
      <w:r w:rsidRPr="009F59B5">
        <w:rPr>
          <w:rFonts w:ascii="Times New Roman" w:hAnsi="Times New Roman" w:cs="Times New Roman"/>
          <w:sz w:val="28"/>
          <w:szCs w:val="28"/>
        </w:rPr>
        <w:t>a năm h</w:t>
      </w:r>
      <w:r w:rsidRPr="009F59B5">
        <w:rPr>
          <w:rFonts w:ascii="Times New Roman" w:hAnsi="Times New Roman" w:cs="Times New Roman"/>
          <w:sz w:val="28"/>
          <w:szCs w:val="28"/>
        </w:rPr>
        <w:t>ọ</w:t>
      </w:r>
      <w:r w:rsidRPr="009F59B5">
        <w:rPr>
          <w:rFonts w:ascii="Times New Roman" w:hAnsi="Times New Roman" w:cs="Times New Roman"/>
          <w:sz w:val="28"/>
          <w:szCs w:val="28"/>
        </w:rPr>
        <w:t>c 2025 – 2026, t</w:t>
      </w:r>
      <w:r w:rsidRPr="009F59B5">
        <w:rPr>
          <w:rFonts w:ascii="Times New Roman" w:hAnsi="Times New Roman" w:cs="Times New Roman"/>
          <w:sz w:val="28"/>
          <w:szCs w:val="28"/>
        </w:rPr>
        <w:t>ậ</w:t>
      </w:r>
      <w:r w:rsidRPr="009F59B5">
        <w:rPr>
          <w:rFonts w:ascii="Times New Roman" w:hAnsi="Times New Roman" w:cs="Times New Roman"/>
          <w:sz w:val="28"/>
          <w:szCs w:val="28"/>
        </w:rPr>
        <w:t>p th</w:t>
      </w:r>
      <w:r w:rsidRPr="009F59B5">
        <w:rPr>
          <w:rFonts w:ascii="Times New Roman" w:hAnsi="Times New Roman" w:cs="Times New Roman"/>
          <w:sz w:val="28"/>
          <w:szCs w:val="28"/>
        </w:rPr>
        <w:t>ể</w:t>
      </w:r>
      <w:r w:rsidRPr="009F59B5">
        <w:rPr>
          <w:rFonts w:ascii="Times New Roman" w:hAnsi="Times New Roman" w:cs="Times New Roman"/>
          <w:sz w:val="28"/>
          <w:szCs w:val="28"/>
        </w:rPr>
        <w:t xml:space="preserve"> cán b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, giáo viên, nhân viên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M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="009F59B5" w:rsidRPr="009F59B5">
        <w:rPr>
          <w:rFonts w:ascii="Times New Roman" w:hAnsi="Times New Roman" w:cs="Times New Roman"/>
          <w:sz w:val="28"/>
          <w:szCs w:val="28"/>
        </w:rPr>
        <w:t>m non Pa Thơm, xã Thanh Yên, tỉnh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n Biên đang hăng say</w:t>
      </w:r>
      <w:r w:rsidRPr="009F59B5">
        <w:rPr>
          <w:rFonts w:ascii="Times New Roman" w:hAnsi="Times New Roman" w:cs="Times New Roman"/>
          <w:sz w:val="28"/>
          <w:szCs w:val="28"/>
        </w:rPr>
        <w:t xml:space="preserve"> lao đ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ng, tích c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>c hoàn thi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n các tiêu chí đ</w:t>
      </w:r>
      <w:r w:rsidRPr="009F59B5">
        <w:rPr>
          <w:rFonts w:ascii="Times New Roman" w:hAnsi="Times New Roman" w:cs="Times New Roman"/>
          <w:sz w:val="28"/>
          <w:szCs w:val="28"/>
        </w:rPr>
        <w:t>ể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đón đoàn ki</w:t>
      </w:r>
      <w:r w:rsidRPr="009F59B5">
        <w:rPr>
          <w:rFonts w:ascii="Times New Roman" w:hAnsi="Times New Roman" w:cs="Times New Roman"/>
          <w:sz w:val="28"/>
          <w:szCs w:val="28"/>
        </w:rPr>
        <w:t>ể</w:t>
      </w:r>
      <w:r w:rsidRPr="009F59B5">
        <w:rPr>
          <w:rFonts w:ascii="Times New Roman" w:hAnsi="Times New Roman" w:cs="Times New Roman"/>
          <w:sz w:val="28"/>
          <w:szCs w:val="28"/>
        </w:rPr>
        <w:t>m tra công nh</w:t>
      </w:r>
      <w:r w:rsidRPr="009F59B5">
        <w:rPr>
          <w:rFonts w:ascii="Times New Roman" w:hAnsi="Times New Roman" w:cs="Times New Roman"/>
          <w:sz w:val="28"/>
          <w:szCs w:val="28"/>
        </w:rPr>
        <w:t>ậ</w:t>
      </w:r>
      <w:r w:rsidRPr="009F59B5">
        <w:rPr>
          <w:rFonts w:ascii="Times New Roman" w:hAnsi="Times New Roman" w:cs="Times New Roman"/>
          <w:sz w:val="28"/>
          <w:szCs w:val="28"/>
        </w:rPr>
        <w:t>n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đ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t chu</w:t>
      </w:r>
      <w:r w:rsidRPr="009F59B5">
        <w:rPr>
          <w:rFonts w:ascii="Times New Roman" w:hAnsi="Times New Roman" w:cs="Times New Roman"/>
          <w:sz w:val="28"/>
          <w:szCs w:val="28"/>
        </w:rPr>
        <w:t>ẩ</w:t>
      </w:r>
      <w:r w:rsidRPr="009F59B5">
        <w:rPr>
          <w:rFonts w:ascii="Times New Roman" w:hAnsi="Times New Roman" w:cs="Times New Roman"/>
          <w:sz w:val="28"/>
          <w:szCs w:val="28"/>
        </w:rPr>
        <w:t>n qu</w:t>
      </w:r>
      <w:r w:rsidRPr="009F59B5">
        <w:rPr>
          <w:rFonts w:ascii="Times New Roman" w:hAnsi="Times New Roman" w:cs="Times New Roman"/>
          <w:sz w:val="28"/>
          <w:szCs w:val="28"/>
        </w:rPr>
        <w:t>ố</w:t>
      </w:r>
      <w:r w:rsidRPr="009F59B5">
        <w:rPr>
          <w:rFonts w:ascii="Times New Roman" w:hAnsi="Times New Roman" w:cs="Times New Roman"/>
          <w:sz w:val="28"/>
          <w:szCs w:val="28"/>
        </w:rPr>
        <w:t>c gia l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 xml:space="preserve">n </w:t>
      </w:r>
      <w:r w:rsidR="009F59B5" w:rsidRPr="009F59B5">
        <w:rPr>
          <w:rFonts w:ascii="Times New Roman" w:hAnsi="Times New Roman" w:cs="Times New Roman"/>
          <w:sz w:val="28"/>
          <w:szCs w:val="28"/>
        </w:rPr>
        <w:t>II</w:t>
      </w:r>
      <w:r w:rsidRPr="009F59B5">
        <w:rPr>
          <w:rFonts w:ascii="Times New Roman" w:hAnsi="Times New Roman" w:cs="Times New Roman"/>
          <w:sz w:val="28"/>
          <w:szCs w:val="28"/>
        </w:rPr>
        <w:t>, d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 xml:space="preserve"> ki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Pr="009F59B5">
        <w:rPr>
          <w:rFonts w:ascii="Times New Roman" w:hAnsi="Times New Roman" w:cs="Times New Roman"/>
          <w:sz w:val="28"/>
          <w:szCs w:val="28"/>
        </w:rPr>
        <w:t>n di</w:t>
      </w:r>
      <w:r w:rsidRPr="009F59B5">
        <w:rPr>
          <w:rFonts w:ascii="Times New Roman" w:hAnsi="Times New Roman" w:cs="Times New Roman"/>
          <w:sz w:val="28"/>
          <w:szCs w:val="28"/>
        </w:rPr>
        <w:t>ễ</w:t>
      </w:r>
      <w:r w:rsidRPr="009F59B5">
        <w:rPr>
          <w:rFonts w:ascii="Times New Roman" w:hAnsi="Times New Roman" w:cs="Times New Roman"/>
          <w:sz w:val="28"/>
          <w:szCs w:val="28"/>
        </w:rPr>
        <w:t>n ra vào cu</w:t>
      </w:r>
      <w:r w:rsidRPr="009F59B5">
        <w:rPr>
          <w:rFonts w:ascii="Times New Roman" w:hAnsi="Times New Roman" w:cs="Times New Roman"/>
          <w:sz w:val="28"/>
          <w:szCs w:val="28"/>
        </w:rPr>
        <w:t>ố</w:t>
      </w:r>
      <w:r w:rsidRPr="009F59B5">
        <w:rPr>
          <w:rFonts w:ascii="Times New Roman" w:hAnsi="Times New Roman" w:cs="Times New Roman"/>
          <w:sz w:val="28"/>
          <w:szCs w:val="28"/>
        </w:rPr>
        <w:t>i tháng 11 năm 2025.</w:t>
      </w:r>
    </w:p>
    <w:p w:rsidR="002D7C7E" w:rsidRPr="009F59B5" w:rsidRDefault="00C31F0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b/>
          <w:sz w:val="28"/>
          <w:szCs w:val="28"/>
        </w:rPr>
        <w:t>Chung s</w:t>
      </w:r>
      <w:r w:rsidRPr="009F59B5">
        <w:rPr>
          <w:rFonts w:ascii="Times New Roman" w:hAnsi="Times New Roman" w:cs="Times New Roman"/>
          <w:b/>
          <w:sz w:val="28"/>
          <w:szCs w:val="28"/>
        </w:rPr>
        <w:t>ứ</w:t>
      </w:r>
      <w:r w:rsidRPr="009F59B5">
        <w:rPr>
          <w:rFonts w:ascii="Times New Roman" w:hAnsi="Times New Roman" w:cs="Times New Roman"/>
          <w:b/>
          <w:sz w:val="28"/>
          <w:szCs w:val="28"/>
        </w:rPr>
        <w:t>c vì môi trư</w:t>
      </w:r>
      <w:r w:rsidRPr="009F59B5">
        <w:rPr>
          <w:rFonts w:ascii="Times New Roman" w:hAnsi="Times New Roman" w:cs="Times New Roman"/>
          <w:b/>
          <w:sz w:val="28"/>
          <w:szCs w:val="28"/>
        </w:rPr>
        <w:t>ờ</w:t>
      </w:r>
      <w:r w:rsidRPr="009F59B5">
        <w:rPr>
          <w:rFonts w:ascii="Times New Roman" w:hAnsi="Times New Roman" w:cs="Times New Roman"/>
          <w:b/>
          <w:sz w:val="28"/>
          <w:szCs w:val="28"/>
        </w:rPr>
        <w:t>ng sư ph</w:t>
      </w:r>
      <w:r w:rsidRPr="009F59B5">
        <w:rPr>
          <w:rFonts w:ascii="Times New Roman" w:hAnsi="Times New Roman" w:cs="Times New Roman"/>
          <w:b/>
          <w:sz w:val="28"/>
          <w:szCs w:val="28"/>
        </w:rPr>
        <w:t>ạ</w:t>
      </w:r>
      <w:r w:rsidRPr="009F59B5">
        <w:rPr>
          <w:rFonts w:ascii="Times New Roman" w:hAnsi="Times New Roman" w:cs="Times New Roman"/>
          <w:b/>
          <w:sz w:val="28"/>
          <w:szCs w:val="28"/>
        </w:rPr>
        <w:t>m “Xanh – S</w:t>
      </w:r>
      <w:r w:rsidRPr="009F59B5">
        <w:rPr>
          <w:rFonts w:ascii="Times New Roman" w:hAnsi="Times New Roman" w:cs="Times New Roman"/>
          <w:b/>
          <w:sz w:val="28"/>
          <w:szCs w:val="28"/>
        </w:rPr>
        <w:t>ạ</w:t>
      </w:r>
      <w:r w:rsidRPr="009F59B5">
        <w:rPr>
          <w:rFonts w:ascii="Times New Roman" w:hAnsi="Times New Roman" w:cs="Times New Roman"/>
          <w:b/>
          <w:sz w:val="28"/>
          <w:szCs w:val="28"/>
        </w:rPr>
        <w:t>ch – Đ</w:t>
      </w:r>
      <w:r w:rsidRPr="009F59B5">
        <w:rPr>
          <w:rFonts w:ascii="Times New Roman" w:hAnsi="Times New Roman" w:cs="Times New Roman"/>
          <w:b/>
          <w:sz w:val="28"/>
          <w:szCs w:val="28"/>
        </w:rPr>
        <w:t>ẹ</w:t>
      </w:r>
      <w:r w:rsidRPr="009F59B5">
        <w:rPr>
          <w:rFonts w:ascii="Times New Roman" w:hAnsi="Times New Roman" w:cs="Times New Roman"/>
          <w:b/>
          <w:sz w:val="28"/>
          <w:szCs w:val="28"/>
        </w:rPr>
        <w:t>p – An toàn”</w:t>
      </w:r>
    </w:p>
    <w:p w:rsidR="009F59B5" w:rsidRDefault="00C31F08" w:rsidP="00FB4D2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sz w:val="28"/>
          <w:szCs w:val="28"/>
        </w:rPr>
        <w:t>Ngay t</w:t>
      </w:r>
      <w:r w:rsidRPr="009F59B5">
        <w:rPr>
          <w:rFonts w:ascii="Times New Roman" w:hAnsi="Times New Roman" w:cs="Times New Roman"/>
          <w:sz w:val="28"/>
          <w:szCs w:val="28"/>
        </w:rPr>
        <w:t>ừ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u năm h</w:t>
      </w:r>
      <w:r w:rsidRPr="009F59B5">
        <w:rPr>
          <w:rFonts w:ascii="Times New Roman" w:hAnsi="Times New Roman" w:cs="Times New Roman"/>
          <w:sz w:val="28"/>
          <w:szCs w:val="28"/>
        </w:rPr>
        <w:t>ọ</w:t>
      </w:r>
      <w:r w:rsidRPr="009F59B5">
        <w:rPr>
          <w:rFonts w:ascii="Times New Roman" w:hAnsi="Times New Roman" w:cs="Times New Roman"/>
          <w:sz w:val="28"/>
          <w:szCs w:val="28"/>
        </w:rPr>
        <w:t>c, nhà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đã phát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ng phong trào “Tu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n l</w:t>
      </w:r>
      <w:r w:rsidRPr="009F59B5">
        <w:rPr>
          <w:rFonts w:ascii="Times New Roman" w:hAnsi="Times New Roman" w:cs="Times New Roman"/>
          <w:sz w:val="28"/>
          <w:szCs w:val="28"/>
        </w:rPr>
        <w:t>ễ</w:t>
      </w:r>
      <w:r w:rsidRPr="009F59B5">
        <w:rPr>
          <w:rFonts w:ascii="Times New Roman" w:hAnsi="Times New Roman" w:cs="Times New Roman"/>
          <w:sz w:val="28"/>
          <w:szCs w:val="28"/>
        </w:rPr>
        <w:t xml:space="preserve"> làm đ</w:t>
      </w:r>
      <w:r w:rsidRPr="009F59B5">
        <w:rPr>
          <w:rFonts w:ascii="Times New Roman" w:hAnsi="Times New Roman" w:cs="Times New Roman"/>
          <w:sz w:val="28"/>
          <w:szCs w:val="28"/>
        </w:rPr>
        <w:t>ẹ</w:t>
      </w:r>
      <w:r w:rsidRPr="009F59B5">
        <w:rPr>
          <w:rFonts w:ascii="Times New Roman" w:hAnsi="Times New Roman" w:cs="Times New Roman"/>
          <w:sz w:val="28"/>
          <w:szCs w:val="28"/>
        </w:rPr>
        <w:t>p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– l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p”, huy đ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ng toàn th</w:t>
      </w:r>
      <w:r w:rsidRPr="009F59B5">
        <w:rPr>
          <w:rFonts w:ascii="Times New Roman" w:hAnsi="Times New Roman" w:cs="Times New Roman"/>
          <w:sz w:val="28"/>
          <w:szCs w:val="28"/>
        </w:rPr>
        <w:t>ể</w:t>
      </w:r>
      <w:r w:rsidRPr="009F59B5">
        <w:rPr>
          <w:rFonts w:ascii="Times New Roman" w:hAnsi="Times New Roman" w:cs="Times New Roman"/>
          <w:sz w:val="28"/>
          <w:szCs w:val="28"/>
        </w:rPr>
        <w:t xml:space="preserve"> cán b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, giáo viên, nhân viên và ph</w:t>
      </w:r>
      <w:r w:rsidRPr="009F59B5">
        <w:rPr>
          <w:rFonts w:ascii="Times New Roman" w:hAnsi="Times New Roman" w:cs="Times New Roman"/>
          <w:sz w:val="28"/>
          <w:szCs w:val="28"/>
        </w:rPr>
        <w:t>ụ</w:t>
      </w:r>
      <w:r w:rsidRPr="009F59B5">
        <w:rPr>
          <w:rFonts w:ascii="Times New Roman" w:hAnsi="Times New Roman" w:cs="Times New Roman"/>
          <w:sz w:val="28"/>
          <w:szCs w:val="28"/>
        </w:rPr>
        <w:t xml:space="preserve"> huynh cùng tham gia ch</w:t>
      </w:r>
      <w:r w:rsidRPr="009F59B5">
        <w:rPr>
          <w:rFonts w:ascii="Times New Roman" w:hAnsi="Times New Roman" w:cs="Times New Roman"/>
          <w:sz w:val="28"/>
          <w:szCs w:val="28"/>
        </w:rPr>
        <w:t>ỉ</w:t>
      </w:r>
      <w:r w:rsidRPr="009F59B5">
        <w:rPr>
          <w:rFonts w:ascii="Times New Roman" w:hAnsi="Times New Roman" w:cs="Times New Roman"/>
          <w:sz w:val="28"/>
          <w:szCs w:val="28"/>
        </w:rPr>
        <w:t>nh trang, tu s</w:t>
      </w:r>
      <w:r w:rsidRPr="009F59B5">
        <w:rPr>
          <w:rFonts w:ascii="Times New Roman" w:hAnsi="Times New Roman" w:cs="Times New Roman"/>
          <w:sz w:val="28"/>
          <w:szCs w:val="28"/>
        </w:rPr>
        <w:t>ử</w:t>
      </w:r>
      <w:r w:rsidRPr="009F59B5">
        <w:rPr>
          <w:rFonts w:ascii="Times New Roman" w:hAnsi="Times New Roman" w:cs="Times New Roman"/>
          <w:sz w:val="28"/>
          <w:szCs w:val="28"/>
        </w:rPr>
        <w:t>a c</w:t>
      </w:r>
      <w:r w:rsidRPr="009F59B5">
        <w:rPr>
          <w:rFonts w:ascii="Times New Roman" w:hAnsi="Times New Roman" w:cs="Times New Roman"/>
          <w:sz w:val="28"/>
          <w:szCs w:val="28"/>
        </w:rPr>
        <w:t>ả</w:t>
      </w:r>
      <w:r w:rsidRPr="009F59B5">
        <w:rPr>
          <w:rFonts w:ascii="Times New Roman" w:hAnsi="Times New Roman" w:cs="Times New Roman"/>
          <w:sz w:val="28"/>
          <w:szCs w:val="28"/>
        </w:rPr>
        <w:t>nh quan môi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ng. Sân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 xml:space="preserve">ng </w:t>
      </w:r>
      <w:r w:rsidRPr="009F59B5">
        <w:rPr>
          <w:rFonts w:ascii="Times New Roman" w:hAnsi="Times New Roman" w:cs="Times New Roman"/>
          <w:sz w:val="28"/>
          <w:szCs w:val="28"/>
        </w:rPr>
        <w:t>s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ch s</w:t>
      </w:r>
      <w:r w:rsidRPr="009F59B5">
        <w:rPr>
          <w:rFonts w:ascii="Times New Roman" w:hAnsi="Times New Roman" w:cs="Times New Roman"/>
          <w:sz w:val="28"/>
          <w:szCs w:val="28"/>
        </w:rPr>
        <w:t>ẽ</w:t>
      </w:r>
      <w:r w:rsidRPr="009F59B5">
        <w:rPr>
          <w:rFonts w:ascii="Times New Roman" w:hAnsi="Times New Roman" w:cs="Times New Roman"/>
          <w:sz w:val="28"/>
          <w:szCs w:val="28"/>
        </w:rPr>
        <w:t>, các b</w:t>
      </w:r>
      <w:r w:rsidRPr="009F59B5">
        <w:rPr>
          <w:rFonts w:ascii="Times New Roman" w:hAnsi="Times New Roman" w:cs="Times New Roman"/>
          <w:sz w:val="28"/>
          <w:szCs w:val="28"/>
        </w:rPr>
        <w:t>ồ</w:t>
      </w:r>
      <w:r w:rsidRPr="009F59B5">
        <w:rPr>
          <w:rFonts w:ascii="Times New Roman" w:hAnsi="Times New Roman" w:cs="Times New Roman"/>
          <w:sz w:val="28"/>
          <w:szCs w:val="28"/>
        </w:rPr>
        <w:t>n hoa đư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>c chăm sóc thư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xuyên, cây xanh đư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>c tr</w:t>
      </w:r>
      <w:r w:rsidRPr="009F59B5">
        <w:rPr>
          <w:rFonts w:ascii="Times New Roman" w:hAnsi="Times New Roman" w:cs="Times New Roman"/>
          <w:sz w:val="28"/>
          <w:szCs w:val="28"/>
        </w:rPr>
        <w:t>ồ</w:t>
      </w:r>
      <w:r w:rsidRPr="009F59B5">
        <w:rPr>
          <w:rFonts w:ascii="Times New Roman" w:hAnsi="Times New Roman" w:cs="Times New Roman"/>
          <w:sz w:val="28"/>
          <w:szCs w:val="28"/>
        </w:rPr>
        <w:t>ng thêm t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o bóng mát, khu vui chơi ngoài tr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i đư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>c sơn s</w:t>
      </w:r>
      <w:r w:rsidRPr="009F59B5">
        <w:rPr>
          <w:rFonts w:ascii="Times New Roman" w:hAnsi="Times New Roman" w:cs="Times New Roman"/>
          <w:sz w:val="28"/>
          <w:szCs w:val="28"/>
        </w:rPr>
        <w:t>ử</w:t>
      </w:r>
      <w:r w:rsidRPr="009F59B5">
        <w:rPr>
          <w:rFonts w:ascii="Times New Roman" w:hAnsi="Times New Roman" w:cs="Times New Roman"/>
          <w:sz w:val="28"/>
          <w:szCs w:val="28"/>
        </w:rPr>
        <w:t>a l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i r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>c r</w:t>
      </w:r>
      <w:r w:rsidRPr="009F59B5">
        <w:rPr>
          <w:rFonts w:ascii="Times New Roman" w:hAnsi="Times New Roman" w:cs="Times New Roman"/>
          <w:sz w:val="28"/>
          <w:szCs w:val="28"/>
        </w:rPr>
        <w:t>ỡ</w:t>
      </w:r>
      <w:r w:rsidRPr="009F59B5">
        <w:rPr>
          <w:rFonts w:ascii="Times New Roman" w:hAnsi="Times New Roman" w:cs="Times New Roman"/>
          <w:sz w:val="28"/>
          <w:szCs w:val="28"/>
        </w:rPr>
        <w:t>, an toàn và h</w:t>
      </w:r>
      <w:r w:rsidRPr="009F59B5">
        <w:rPr>
          <w:rFonts w:ascii="Times New Roman" w:hAnsi="Times New Roman" w:cs="Times New Roman"/>
          <w:sz w:val="28"/>
          <w:szCs w:val="28"/>
        </w:rPr>
        <w:t>ấ</w:t>
      </w:r>
      <w:r w:rsidRPr="009F59B5">
        <w:rPr>
          <w:rFonts w:ascii="Times New Roman" w:hAnsi="Times New Roman" w:cs="Times New Roman"/>
          <w:sz w:val="28"/>
          <w:szCs w:val="28"/>
        </w:rPr>
        <w:t>p d</w:t>
      </w:r>
      <w:r w:rsidRPr="009F59B5">
        <w:rPr>
          <w:rFonts w:ascii="Times New Roman" w:hAnsi="Times New Roman" w:cs="Times New Roman"/>
          <w:sz w:val="28"/>
          <w:szCs w:val="28"/>
        </w:rPr>
        <w:t>ẫ</w:t>
      </w:r>
      <w:r w:rsidRPr="009F59B5">
        <w:rPr>
          <w:rFonts w:ascii="Times New Roman" w:hAnsi="Times New Roman" w:cs="Times New Roman"/>
          <w:sz w:val="28"/>
          <w:szCs w:val="28"/>
        </w:rPr>
        <w:t>n v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i tr</w:t>
      </w:r>
      <w:r w:rsidRPr="009F59B5">
        <w:rPr>
          <w:rFonts w:ascii="Times New Roman" w:hAnsi="Times New Roman" w:cs="Times New Roman"/>
          <w:sz w:val="28"/>
          <w:szCs w:val="28"/>
        </w:rPr>
        <w:t>ẻ</w:t>
      </w:r>
      <w:r w:rsidRPr="009F59B5">
        <w:rPr>
          <w:rFonts w:ascii="Times New Roman" w:hAnsi="Times New Roman" w:cs="Times New Roman"/>
          <w:sz w:val="28"/>
          <w:szCs w:val="28"/>
        </w:rPr>
        <w:t>. Không gian l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p h</w:t>
      </w:r>
      <w:r w:rsidRPr="009F59B5">
        <w:rPr>
          <w:rFonts w:ascii="Times New Roman" w:hAnsi="Times New Roman" w:cs="Times New Roman"/>
          <w:sz w:val="28"/>
          <w:szCs w:val="28"/>
        </w:rPr>
        <w:t>ọ</w:t>
      </w:r>
      <w:r w:rsidRPr="009F59B5">
        <w:rPr>
          <w:rFonts w:ascii="Times New Roman" w:hAnsi="Times New Roman" w:cs="Times New Roman"/>
          <w:sz w:val="28"/>
          <w:szCs w:val="28"/>
        </w:rPr>
        <w:t>c đư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>c trang trí sinh đ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ng, b</w:t>
      </w:r>
      <w:r w:rsidRPr="009F59B5">
        <w:rPr>
          <w:rFonts w:ascii="Times New Roman" w:hAnsi="Times New Roman" w:cs="Times New Roman"/>
          <w:sz w:val="28"/>
          <w:szCs w:val="28"/>
        </w:rPr>
        <w:t>ố</w:t>
      </w:r>
      <w:r w:rsidRPr="009F59B5">
        <w:rPr>
          <w:rFonts w:ascii="Times New Roman" w:hAnsi="Times New Roman" w:cs="Times New Roman"/>
          <w:sz w:val="28"/>
          <w:szCs w:val="28"/>
        </w:rPr>
        <w:t xml:space="preserve"> trí khoa h</w:t>
      </w:r>
      <w:r w:rsidRPr="009F59B5">
        <w:rPr>
          <w:rFonts w:ascii="Times New Roman" w:hAnsi="Times New Roman" w:cs="Times New Roman"/>
          <w:sz w:val="28"/>
          <w:szCs w:val="28"/>
        </w:rPr>
        <w:t>ọ</w:t>
      </w:r>
      <w:r w:rsidRPr="009F59B5">
        <w:rPr>
          <w:rFonts w:ascii="Times New Roman" w:hAnsi="Times New Roman" w:cs="Times New Roman"/>
          <w:sz w:val="28"/>
          <w:szCs w:val="28"/>
        </w:rPr>
        <w:t>c, thân thi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n, đ</w:t>
      </w:r>
      <w:r w:rsidRPr="009F59B5">
        <w:rPr>
          <w:rFonts w:ascii="Times New Roman" w:hAnsi="Times New Roman" w:cs="Times New Roman"/>
          <w:sz w:val="28"/>
          <w:szCs w:val="28"/>
        </w:rPr>
        <w:t>ả</w:t>
      </w:r>
      <w:r w:rsidRPr="009F59B5">
        <w:rPr>
          <w:rFonts w:ascii="Times New Roman" w:hAnsi="Times New Roman" w:cs="Times New Roman"/>
          <w:sz w:val="28"/>
          <w:szCs w:val="28"/>
        </w:rPr>
        <w:t>m b</w:t>
      </w:r>
      <w:r w:rsidRPr="009F59B5">
        <w:rPr>
          <w:rFonts w:ascii="Times New Roman" w:hAnsi="Times New Roman" w:cs="Times New Roman"/>
          <w:sz w:val="28"/>
          <w:szCs w:val="28"/>
        </w:rPr>
        <w:t>ả</w:t>
      </w:r>
      <w:r w:rsidRPr="009F59B5">
        <w:rPr>
          <w:rFonts w:ascii="Times New Roman" w:hAnsi="Times New Roman" w:cs="Times New Roman"/>
          <w:sz w:val="28"/>
          <w:szCs w:val="28"/>
        </w:rPr>
        <w:t>o tiêu chí “Môi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giáo d</w:t>
      </w:r>
      <w:r w:rsidRPr="009F59B5">
        <w:rPr>
          <w:rFonts w:ascii="Times New Roman" w:hAnsi="Times New Roman" w:cs="Times New Roman"/>
          <w:sz w:val="28"/>
          <w:szCs w:val="28"/>
        </w:rPr>
        <w:t>ụ</w:t>
      </w:r>
      <w:r w:rsidRPr="009F59B5">
        <w:rPr>
          <w:rFonts w:ascii="Times New Roman" w:hAnsi="Times New Roman" w:cs="Times New Roman"/>
          <w:sz w:val="28"/>
          <w:szCs w:val="28"/>
        </w:rPr>
        <w:t>c l</w:t>
      </w:r>
      <w:r w:rsidRPr="009F59B5">
        <w:rPr>
          <w:rFonts w:ascii="Times New Roman" w:hAnsi="Times New Roman" w:cs="Times New Roman"/>
          <w:sz w:val="28"/>
          <w:szCs w:val="28"/>
        </w:rPr>
        <w:t>ấ</w:t>
      </w:r>
      <w:r w:rsidRPr="009F59B5">
        <w:rPr>
          <w:rFonts w:ascii="Times New Roman" w:hAnsi="Times New Roman" w:cs="Times New Roman"/>
          <w:sz w:val="28"/>
          <w:szCs w:val="28"/>
        </w:rPr>
        <w:t>y tr</w:t>
      </w:r>
      <w:r w:rsidRPr="009F59B5">
        <w:rPr>
          <w:rFonts w:ascii="Times New Roman" w:hAnsi="Times New Roman" w:cs="Times New Roman"/>
          <w:sz w:val="28"/>
          <w:szCs w:val="28"/>
        </w:rPr>
        <w:t>ẻ</w:t>
      </w:r>
      <w:r w:rsidRPr="009F59B5">
        <w:rPr>
          <w:rFonts w:ascii="Times New Roman" w:hAnsi="Times New Roman" w:cs="Times New Roman"/>
          <w:sz w:val="28"/>
          <w:szCs w:val="28"/>
        </w:rPr>
        <w:t xml:space="preserve"> làm </w:t>
      </w:r>
      <w:r w:rsidRPr="009F59B5">
        <w:rPr>
          <w:rFonts w:ascii="Times New Roman" w:hAnsi="Times New Roman" w:cs="Times New Roman"/>
          <w:sz w:val="28"/>
          <w:szCs w:val="28"/>
        </w:rPr>
        <w:t>trung tâm”.</w:t>
      </w:r>
    </w:p>
    <w:p w:rsidR="00FB4D2F" w:rsidRPr="009F59B5" w:rsidRDefault="00FB4D2F" w:rsidP="00FB4D2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00625" cy="3464719"/>
            <wp:effectExtent l="0" t="0" r="0" b="2540"/>
            <wp:docPr id="3" name="Picture 3" descr="D:\Documents\Desktop\ẢNH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ẢNH 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464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2F" w:rsidRDefault="00C31F08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9F59B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FB4D2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48225" cy="3657600"/>
            <wp:effectExtent l="0" t="0" r="9525" b="0"/>
            <wp:docPr id="4" name="Picture 4" descr="D:\Documents\Desktop\ẢNH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ẢNH 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2F" w:rsidRDefault="00FB4D2F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2D7C7E" w:rsidRPr="009F59B5" w:rsidRDefault="00C31F0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b/>
          <w:sz w:val="28"/>
          <w:szCs w:val="28"/>
        </w:rPr>
        <w:t>S</w:t>
      </w:r>
      <w:r w:rsidRPr="009F59B5">
        <w:rPr>
          <w:rFonts w:ascii="Times New Roman" w:hAnsi="Times New Roman" w:cs="Times New Roman"/>
          <w:b/>
          <w:sz w:val="28"/>
          <w:szCs w:val="28"/>
        </w:rPr>
        <w:t>ự</w:t>
      </w:r>
      <w:r w:rsidRPr="009F59B5">
        <w:rPr>
          <w:rFonts w:ascii="Times New Roman" w:hAnsi="Times New Roman" w:cs="Times New Roman"/>
          <w:b/>
          <w:sz w:val="28"/>
          <w:szCs w:val="28"/>
        </w:rPr>
        <w:t xml:space="preserve"> chung tay c</w:t>
      </w:r>
      <w:r w:rsidRPr="009F59B5">
        <w:rPr>
          <w:rFonts w:ascii="Times New Roman" w:hAnsi="Times New Roman" w:cs="Times New Roman"/>
          <w:b/>
          <w:sz w:val="28"/>
          <w:szCs w:val="28"/>
        </w:rPr>
        <w:t>ủ</w:t>
      </w:r>
      <w:r w:rsidRPr="009F59B5">
        <w:rPr>
          <w:rFonts w:ascii="Times New Roman" w:hAnsi="Times New Roman" w:cs="Times New Roman"/>
          <w:b/>
          <w:sz w:val="28"/>
          <w:szCs w:val="28"/>
        </w:rPr>
        <w:t>a c</w:t>
      </w:r>
      <w:r w:rsidRPr="009F59B5">
        <w:rPr>
          <w:rFonts w:ascii="Times New Roman" w:hAnsi="Times New Roman" w:cs="Times New Roman"/>
          <w:b/>
          <w:sz w:val="28"/>
          <w:szCs w:val="28"/>
        </w:rPr>
        <w:t>ác l</w:t>
      </w:r>
      <w:r w:rsidRPr="009F59B5">
        <w:rPr>
          <w:rFonts w:ascii="Times New Roman" w:hAnsi="Times New Roman" w:cs="Times New Roman"/>
          <w:b/>
          <w:sz w:val="28"/>
          <w:szCs w:val="28"/>
        </w:rPr>
        <w:t>ự</w:t>
      </w:r>
      <w:r w:rsidRPr="009F59B5">
        <w:rPr>
          <w:rFonts w:ascii="Times New Roman" w:hAnsi="Times New Roman" w:cs="Times New Roman"/>
          <w:b/>
          <w:sz w:val="28"/>
          <w:szCs w:val="28"/>
        </w:rPr>
        <w:t>c lư</w:t>
      </w:r>
      <w:r w:rsidRPr="009F59B5">
        <w:rPr>
          <w:rFonts w:ascii="Times New Roman" w:hAnsi="Times New Roman" w:cs="Times New Roman"/>
          <w:b/>
          <w:sz w:val="28"/>
          <w:szCs w:val="28"/>
        </w:rPr>
        <w:t>ợ</w:t>
      </w:r>
      <w:r w:rsidRPr="009F59B5">
        <w:rPr>
          <w:rFonts w:ascii="Times New Roman" w:hAnsi="Times New Roman" w:cs="Times New Roman"/>
          <w:b/>
          <w:sz w:val="28"/>
          <w:szCs w:val="28"/>
        </w:rPr>
        <w:t>ng trên đ</w:t>
      </w:r>
      <w:r w:rsidRPr="009F59B5">
        <w:rPr>
          <w:rFonts w:ascii="Times New Roman" w:hAnsi="Times New Roman" w:cs="Times New Roman"/>
          <w:b/>
          <w:sz w:val="28"/>
          <w:szCs w:val="28"/>
        </w:rPr>
        <w:t>ị</w:t>
      </w:r>
      <w:r w:rsidRPr="009F59B5">
        <w:rPr>
          <w:rFonts w:ascii="Times New Roman" w:hAnsi="Times New Roman" w:cs="Times New Roman"/>
          <w:b/>
          <w:sz w:val="28"/>
          <w:szCs w:val="28"/>
        </w:rPr>
        <w:t>a bàn</w:t>
      </w:r>
    </w:p>
    <w:p w:rsidR="00FB4D2F" w:rsidRDefault="00C31F08" w:rsidP="00FB4D2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sz w:val="28"/>
          <w:szCs w:val="28"/>
        </w:rPr>
        <w:t>Đ</w:t>
      </w:r>
      <w:r w:rsidRPr="009F59B5">
        <w:rPr>
          <w:rFonts w:ascii="Times New Roman" w:hAnsi="Times New Roman" w:cs="Times New Roman"/>
          <w:sz w:val="28"/>
          <w:szCs w:val="28"/>
        </w:rPr>
        <w:t>ặ</w:t>
      </w:r>
      <w:r w:rsidRPr="009F59B5">
        <w:rPr>
          <w:rFonts w:ascii="Times New Roman" w:hAnsi="Times New Roman" w:cs="Times New Roman"/>
          <w:sz w:val="28"/>
          <w:szCs w:val="28"/>
        </w:rPr>
        <w:t>c bi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t, trong đ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>t chu</w:t>
      </w:r>
      <w:r w:rsidRPr="009F59B5">
        <w:rPr>
          <w:rFonts w:ascii="Times New Roman" w:hAnsi="Times New Roman" w:cs="Times New Roman"/>
          <w:sz w:val="28"/>
          <w:szCs w:val="28"/>
        </w:rPr>
        <w:t>ẩ</w:t>
      </w:r>
      <w:r w:rsidRPr="009F59B5">
        <w:rPr>
          <w:rFonts w:ascii="Times New Roman" w:hAnsi="Times New Roman" w:cs="Times New Roman"/>
          <w:sz w:val="28"/>
          <w:szCs w:val="28"/>
        </w:rPr>
        <w:t>n b</w:t>
      </w:r>
      <w:r w:rsidRPr="009F59B5">
        <w:rPr>
          <w:rFonts w:ascii="Times New Roman" w:hAnsi="Times New Roman" w:cs="Times New Roman"/>
          <w:sz w:val="28"/>
          <w:szCs w:val="28"/>
        </w:rPr>
        <w:t>ị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đón chu</w:t>
      </w:r>
      <w:r w:rsidRPr="009F59B5">
        <w:rPr>
          <w:rFonts w:ascii="Times New Roman" w:hAnsi="Times New Roman" w:cs="Times New Roman"/>
          <w:sz w:val="28"/>
          <w:szCs w:val="28"/>
        </w:rPr>
        <w:t>ẩ</w:t>
      </w:r>
      <w:r w:rsidRPr="009F59B5">
        <w:rPr>
          <w:rFonts w:ascii="Times New Roman" w:hAnsi="Times New Roman" w:cs="Times New Roman"/>
          <w:sz w:val="28"/>
          <w:szCs w:val="28"/>
        </w:rPr>
        <w:t>n l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n này, nhà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nh</w:t>
      </w:r>
      <w:r w:rsidRPr="009F59B5">
        <w:rPr>
          <w:rFonts w:ascii="Times New Roman" w:hAnsi="Times New Roman" w:cs="Times New Roman"/>
          <w:sz w:val="28"/>
          <w:szCs w:val="28"/>
        </w:rPr>
        <w:t>ậ</w:t>
      </w:r>
      <w:r w:rsidRPr="009F59B5">
        <w:rPr>
          <w:rFonts w:ascii="Times New Roman" w:hAnsi="Times New Roman" w:cs="Times New Roman"/>
          <w:sz w:val="28"/>
          <w:szCs w:val="28"/>
        </w:rPr>
        <w:t>n đư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>c s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 xml:space="preserve"> h</w:t>
      </w:r>
      <w:r w:rsidRPr="009F59B5">
        <w:rPr>
          <w:rFonts w:ascii="Times New Roman" w:hAnsi="Times New Roman" w:cs="Times New Roman"/>
          <w:sz w:val="28"/>
          <w:szCs w:val="28"/>
        </w:rPr>
        <w:t>ỗ</w:t>
      </w:r>
      <w:r w:rsidRPr="009F59B5">
        <w:rPr>
          <w:rFonts w:ascii="Times New Roman" w:hAnsi="Times New Roman" w:cs="Times New Roman"/>
          <w:sz w:val="28"/>
          <w:szCs w:val="28"/>
        </w:rPr>
        <w:t xml:space="preserve"> tr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 xml:space="preserve"> to l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n c</w:t>
      </w:r>
      <w:r w:rsidRPr="009F59B5">
        <w:rPr>
          <w:rFonts w:ascii="Times New Roman" w:hAnsi="Times New Roman" w:cs="Times New Roman"/>
          <w:sz w:val="28"/>
          <w:szCs w:val="28"/>
        </w:rPr>
        <w:t>ủ</w:t>
      </w:r>
      <w:r w:rsidRPr="009F59B5">
        <w:rPr>
          <w:rFonts w:ascii="Times New Roman" w:hAnsi="Times New Roman" w:cs="Times New Roman"/>
          <w:sz w:val="28"/>
          <w:szCs w:val="28"/>
        </w:rPr>
        <w:t>a các ban ngành, đoàn th</w:t>
      </w:r>
      <w:r w:rsidRPr="009F59B5">
        <w:rPr>
          <w:rFonts w:ascii="Times New Roman" w:hAnsi="Times New Roman" w:cs="Times New Roman"/>
          <w:sz w:val="28"/>
          <w:szCs w:val="28"/>
        </w:rPr>
        <w:t>ể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</w:t>
      </w:r>
      <w:r w:rsidRPr="009F59B5">
        <w:rPr>
          <w:rFonts w:ascii="Times New Roman" w:hAnsi="Times New Roman" w:cs="Times New Roman"/>
          <w:sz w:val="28"/>
          <w:szCs w:val="28"/>
        </w:rPr>
        <w:t>ị</w:t>
      </w:r>
      <w:r w:rsidRPr="009F59B5">
        <w:rPr>
          <w:rFonts w:ascii="Times New Roman" w:hAnsi="Times New Roman" w:cs="Times New Roman"/>
          <w:sz w:val="28"/>
          <w:szCs w:val="28"/>
        </w:rPr>
        <w:t>a phương. Các chi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Pr="009F59B5">
        <w:rPr>
          <w:rFonts w:ascii="Times New Roman" w:hAnsi="Times New Roman" w:cs="Times New Roman"/>
          <w:sz w:val="28"/>
          <w:szCs w:val="28"/>
        </w:rPr>
        <w:t>n sĩ B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 xml:space="preserve">i Biên phòng </w:t>
      </w:r>
      <w:r w:rsidR="009F59B5" w:rsidRPr="009F59B5">
        <w:rPr>
          <w:rFonts w:ascii="Times New Roman" w:hAnsi="Times New Roman" w:cs="Times New Roman"/>
          <w:sz w:val="28"/>
          <w:szCs w:val="28"/>
        </w:rPr>
        <w:t xml:space="preserve">và </w:t>
      </w:r>
      <w:r w:rsidR="009F59B5" w:rsidRPr="009F59B5">
        <w:rPr>
          <w:rFonts w:ascii="Times New Roman" w:hAnsi="Times New Roman" w:cs="Times New Roman"/>
          <w:sz w:val="28"/>
          <w:szCs w:val="28"/>
        </w:rPr>
        <w:t>Các thầy cô giáo từ các trường bạn trên địa bàn xã Thanh Yên cũng đến hỗ trợ</w:t>
      </w:r>
      <w:r w:rsidR="009F59B5" w:rsidRPr="009F59B5">
        <w:rPr>
          <w:rFonts w:ascii="Times New Roman" w:hAnsi="Times New Roman" w:cs="Times New Roman"/>
          <w:sz w:val="28"/>
          <w:szCs w:val="28"/>
        </w:rPr>
        <w:t xml:space="preserve"> </w:t>
      </w:r>
      <w:r w:rsidRPr="009F59B5">
        <w:rPr>
          <w:rFonts w:ascii="Times New Roman" w:hAnsi="Times New Roman" w:cs="Times New Roman"/>
          <w:sz w:val="28"/>
          <w:szCs w:val="28"/>
        </w:rPr>
        <w:t xml:space="preserve"> tích c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>c tham gia lao đ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ng, giúp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d</w:t>
      </w:r>
      <w:r w:rsidRPr="009F59B5">
        <w:rPr>
          <w:rFonts w:ascii="Times New Roman" w:hAnsi="Times New Roman" w:cs="Times New Roman"/>
          <w:sz w:val="28"/>
          <w:szCs w:val="28"/>
        </w:rPr>
        <w:t>ọ</w:t>
      </w:r>
      <w:r w:rsidRPr="009F59B5">
        <w:rPr>
          <w:rFonts w:ascii="Times New Roman" w:hAnsi="Times New Roman" w:cs="Times New Roman"/>
          <w:sz w:val="28"/>
          <w:szCs w:val="28"/>
        </w:rPr>
        <w:t>n v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 xml:space="preserve"> sinh </w:t>
      </w:r>
      <w:r w:rsidRPr="009F59B5">
        <w:rPr>
          <w:rFonts w:ascii="Times New Roman" w:hAnsi="Times New Roman" w:cs="Times New Roman"/>
          <w:sz w:val="28"/>
          <w:szCs w:val="28"/>
        </w:rPr>
        <w:t>khuôn viên, tu s</w:t>
      </w:r>
      <w:r w:rsidRPr="009F59B5">
        <w:rPr>
          <w:rFonts w:ascii="Times New Roman" w:hAnsi="Times New Roman" w:cs="Times New Roman"/>
          <w:sz w:val="28"/>
          <w:szCs w:val="28"/>
        </w:rPr>
        <w:t>ử</w:t>
      </w:r>
      <w:r w:rsidRPr="009F59B5">
        <w:rPr>
          <w:rFonts w:ascii="Times New Roman" w:hAnsi="Times New Roman" w:cs="Times New Roman"/>
          <w:sz w:val="28"/>
          <w:szCs w:val="28"/>
        </w:rPr>
        <w:t>a hàng rào, tr</w:t>
      </w:r>
      <w:r w:rsidRPr="009F59B5">
        <w:rPr>
          <w:rFonts w:ascii="Times New Roman" w:hAnsi="Times New Roman" w:cs="Times New Roman"/>
          <w:sz w:val="28"/>
          <w:szCs w:val="28"/>
        </w:rPr>
        <w:t>ồ</w:t>
      </w:r>
      <w:r w:rsidRPr="009F59B5">
        <w:rPr>
          <w:rFonts w:ascii="Times New Roman" w:hAnsi="Times New Roman" w:cs="Times New Roman"/>
          <w:sz w:val="28"/>
          <w:szCs w:val="28"/>
        </w:rPr>
        <w:t>ng cây và sơn l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i các khu v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 xml:space="preserve">c vui chơi. </w:t>
      </w:r>
      <w:r w:rsidRPr="009F59B5">
        <w:rPr>
          <w:rFonts w:ascii="Times New Roman" w:hAnsi="Times New Roman" w:cs="Times New Roman"/>
          <w:sz w:val="28"/>
          <w:szCs w:val="28"/>
        </w:rPr>
        <w:t>Ban đ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i di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n cha m</w:t>
      </w:r>
      <w:r w:rsidRPr="009F59B5">
        <w:rPr>
          <w:rFonts w:ascii="Times New Roman" w:hAnsi="Times New Roman" w:cs="Times New Roman"/>
          <w:sz w:val="28"/>
          <w:szCs w:val="28"/>
        </w:rPr>
        <w:t>ẹ</w:t>
      </w:r>
      <w:r w:rsidRPr="009F59B5">
        <w:rPr>
          <w:rFonts w:ascii="Times New Roman" w:hAnsi="Times New Roman" w:cs="Times New Roman"/>
          <w:sz w:val="28"/>
          <w:szCs w:val="28"/>
        </w:rPr>
        <w:t xml:space="preserve"> h</w:t>
      </w:r>
      <w:r w:rsidRPr="009F59B5">
        <w:rPr>
          <w:rFonts w:ascii="Times New Roman" w:hAnsi="Times New Roman" w:cs="Times New Roman"/>
          <w:sz w:val="28"/>
          <w:szCs w:val="28"/>
        </w:rPr>
        <w:t>ọ</w:t>
      </w:r>
      <w:r w:rsidRPr="009F59B5">
        <w:rPr>
          <w:rFonts w:ascii="Times New Roman" w:hAnsi="Times New Roman" w:cs="Times New Roman"/>
          <w:sz w:val="28"/>
          <w:szCs w:val="28"/>
        </w:rPr>
        <w:t>c sinh không qu</w:t>
      </w:r>
      <w:r w:rsidRPr="009F59B5">
        <w:rPr>
          <w:rFonts w:ascii="Times New Roman" w:hAnsi="Times New Roman" w:cs="Times New Roman"/>
          <w:sz w:val="28"/>
          <w:szCs w:val="28"/>
        </w:rPr>
        <w:t>ả</w:t>
      </w:r>
      <w:r w:rsidRPr="009F59B5">
        <w:rPr>
          <w:rFonts w:ascii="Times New Roman" w:hAnsi="Times New Roman" w:cs="Times New Roman"/>
          <w:sz w:val="28"/>
          <w:szCs w:val="28"/>
        </w:rPr>
        <w:t>n ng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i th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i ti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="009F59B5" w:rsidRPr="009F59B5">
        <w:rPr>
          <w:rFonts w:ascii="Times New Roman" w:hAnsi="Times New Roman" w:cs="Times New Roman"/>
          <w:sz w:val="28"/>
          <w:szCs w:val="28"/>
        </w:rPr>
        <w:t xml:space="preserve">t, cùng giáo viên </w:t>
      </w:r>
      <w:r w:rsidRPr="009F59B5">
        <w:rPr>
          <w:rFonts w:ascii="Times New Roman" w:hAnsi="Times New Roman" w:cs="Times New Roman"/>
          <w:sz w:val="28"/>
          <w:szCs w:val="28"/>
        </w:rPr>
        <w:t>l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p, v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 xml:space="preserve"> sinh môi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ng, tu s</w:t>
      </w:r>
      <w:r w:rsidRPr="009F59B5">
        <w:rPr>
          <w:rFonts w:ascii="Times New Roman" w:hAnsi="Times New Roman" w:cs="Times New Roman"/>
          <w:sz w:val="28"/>
          <w:szCs w:val="28"/>
        </w:rPr>
        <w:t>ử</w:t>
      </w:r>
      <w:r w:rsidRPr="009F59B5">
        <w:rPr>
          <w:rFonts w:ascii="Times New Roman" w:hAnsi="Times New Roman" w:cs="Times New Roman"/>
          <w:sz w:val="28"/>
          <w:szCs w:val="28"/>
        </w:rPr>
        <w:t xml:space="preserve">a </w:t>
      </w:r>
      <w:r w:rsidR="009F59B5" w:rsidRPr="009F59B5">
        <w:rPr>
          <w:rFonts w:ascii="Times New Roman" w:hAnsi="Times New Roman" w:cs="Times New Roman"/>
          <w:sz w:val="28"/>
          <w:szCs w:val="28"/>
        </w:rPr>
        <w:t>cảnh quan vườn rau, cây xanh</w:t>
      </w:r>
      <w:r w:rsidRPr="009F59B5">
        <w:rPr>
          <w:rFonts w:ascii="Times New Roman" w:hAnsi="Times New Roman" w:cs="Times New Roman"/>
          <w:sz w:val="28"/>
          <w:szCs w:val="28"/>
        </w:rPr>
        <w:t>, t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o nên b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u không khí đoàn k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Pr="009F59B5">
        <w:rPr>
          <w:rFonts w:ascii="Times New Roman" w:hAnsi="Times New Roman" w:cs="Times New Roman"/>
          <w:sz w:val="28"/>
          <w:szCs w:val="28"/>
        </w:rPr>
        <w:t xml:space="preserve">t, </w:t>
      </w:r>
      <w:r w:rsidRPr="009F59B5">
        <w:rPr>
          <w:rFonts w:ascii="Times New Roman" w:hAnsi="Times New Roman" w:cs="Times New Roman"/>
          <w:sz w:val="28"/>
          <w:szCs w:val="28"/>
        </w:rPr>
        <w:t>ấ</w:t>
      </w:r>
      <w:r w:rsidRPr="009F59B5">
        <w:rPr>
          <w:rFonts w:ascii="Times New Roman" w:hAnsi="Times New Roman" w:cs="Times New Roman"/>
          <w:sz w:val="28"/>
          <w:szCs w:val="28"/>
        </w:rPr>
        <w:t>m áp và tràn đ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y yêu thương.</w:t>
      </w:r>
    </w:p>
    <w:p w:rsidR="00FB4D2F" w:rsidRDefault="00FB4D2F" w:rsidP="00FB4D2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838700" cy="3629025"/>
            <wp:effectExtent l="0" t="0" r="0" b="9525"/>
            <wp:docPr id="5" name="Picture 5" descr="D:\Documents\Desktop\ẢNH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ẢNH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2F" w:rsidRDefault="00FB4D2F" w:rsidP="00FB4D2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38700" cy="3733800"/>
            <wp:effectExtent l="0" t="0" r="0" b="0"/>
            <wp:docPr id="6" name="Picture 6" descr="D:\Documents\Desktop\ẢNH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ẢNH 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786" cy="373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2F" w:rsidRDefault="00FB4D2F" w:rsidP="00FB4D2F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FB4D2F" w:rsidRPr="009F59B5" w:rsidRDefault="00FB4D2F" w:rsidP="00FB4D2F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49A8427" wp14:editId="36CC83D7">
            <wp:extent cx="4972050" cy="3729038"/>
            <wp:effectExtent l="0" t="0" r="0" b="5080"/>
            <wp:docPr id="8" name="Picture 8" descr="D:\Documents\Desktop\ẢNH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ẢNH 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2F" w:rsidRDefault="00FB4D2F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048250" cy="3352800"/>
            <wp:effectExtent l="0" t="0" r="0" b="0"/>
            <wp:docPr id="7" name="Picture 7" descr="D:\Documents\Desktop\ẢN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ẢNH 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741" cy="33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D2F" w:rsidRDefault="00FB4D2F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FB4D2F" w:rsidRDefault="00FB4D2F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2D7C7E" w:rsidRPr="009F59B5" w:rsidRDefault="00C31F0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b/>
          <w:sz w:val="28"/>
          <w:szCs w:val="28"/>
        </w:rPr>
        <w:lastRenderedPageBreak/>
        <w:t>N</w:t>
      </w:r>
      <w:r w:rsidRPr="009F59B5">
        <w:rPr>
          <w:rFonts w:ascii="Times New Roman" w:hAnsi="Times New Roman" w:cs="Times New Roman"/>
          <w:b/>
          <w:sz w:val="28"/>
          <w:szCs w:val="28"/>
        </w:rPr>
        <w:t>ỗ</w:t>
      </w:r>
      <w:r w:rsidRPr="009F59B5">
        <w:rPr>
          <w:rFonts w:ascii="Times New Roman" w:hAnsi="Times New Roman" w:cs="Times New Roman"/>
          <w:b/>
          <w:sz w:val="28"/>
          <w:szCs w:val="28"/>
        </w:rPr>
        <w:t xml:space="preserve"> l</w:t>
      </w:r>
      <w:r w:rsidRPr="009F59B5">
        <w:rPr>
          <w:rFonts w:ascii="Times New Roman" w:hAnsi="Times New Roman" w:cs="Times New Roman"/>
          <w:b/>
          <w:sz w:val="28"/>
          <w:szCs w:val="28"/>
        </w:rPr>
        <w:t>ự</w:t>
      </w:r>
      <w:r w:rsidRPr="009F59B5">
        <w:rPr>
          <w:rFonts w:ascii="Times New Roman" w:hAnsi="Times New Roman" w:cs="Times New Roman"/>
          <w:b/>
          <w:sz w:val="28"/>
          <w:szCs w:val="28"/>
        </w:rPr>
        <w:t>c không ng</w:t>
      </w:r>
      <w:r w:rsidRPr="009F59B5">
        <w:rPr>
          <w:rFonts w:ascii="Times New Roman" w:hAnsi="Times New Roman" w:cs="Times New Roman"/>
          <w:b/>
          <w:sz w:val="28"/>
          <w:szCs w:val="28"/>
        </w:rPr>
        <w:t>ừ</w:t>
      </w:r>
      <w:r w:rsidRPr="009F59B5">
        <w:rPr>
          <w:rFonts w:ascii="Times New Roman" w:hAnsi="Times New Roman" w:cs="Times New Roman"/>
          <w:b/>
          <w:sz w:val="28"/>
          <w:szCs w:val="28"/>
        </w:rPr>
        <w:t>ng – Quy</w:t>
      </w:r>
      <w:r w:rsidRPr="009F59B5">
        <w:rPr>
          <w:rFonts w:ascii="Times New Roman" w:hAnsi="Times New Roman" w:cs="Times New Roman"/>
          <w:b/>
          <w:sz w:val="28"/>
          <w:szCs w:val="28"/>
        </w:rPr>
        <w:t>ế</w:t>
      </w:r>
      <w:r w:rsidRPr="009F59B5">
        <w:rPr>
          <w:rFonts w:ascii="Times New Roman" w:hAnsi="Times New Roman" w:cs="Times New Roman"/>
          <w:b/>
          <w:sz w:val="28"/>
          <w:szCs w:val="28"/>
        </w:rPr>
        <w:t>t tâm</w:t>
      </w:r>
      <w:r w:rsidRPr="009F59B5">
        <w:rPr>
          <w:rFonts w:ascii="Times New Roman" w:hAnsi="Times New Roman" w:cs="Times New Roman"/>
          <w:b/>
          <w:sz w:val="28"/>
          <w:szCs w:val="28"/>
        </w:rPr>
        <w:t xml:space="preserve"> gi</w:t>
      </w:r>
      <w:r w:rsidRPr="009F59B5">
        <w:rPr>
          <w:rFonts w:ascii="Times New Roman" w:hAnsi="Times New Roman" w:cs="Times New Roman"/>
          <w:b/>
          <w:sz w:val="28"/>
          <w:szCs w:val="28"/>
        </w:rPr>
        <w:t>ữ</w:t>
      </w:r>
      <w:r w:rsidRPr="009F59B5">
        <w:rPr>
          <w:rFonts w:ascii="Times New Roman" w:hAnsi="Times New Roman" w:cs="Times New Roman"/>
          <w:b/>
          <w:sz w:val="28"/>
          <w:szCs w:val="28"/>
        </w:rPr>
        <w:t xml:space="preserve"> v</w:t>
      </w:r>
      <w:r w:rsidRPr="009F59B5">
        <w:rPr>
          <w:rFonts w:ascii="Times New Roman" w:hAnsi="Times New Roman" w:cs="Times New Roman"/>
          <w:b/>
          <w:sz w:val="28"/>
          <w:szCs w:val="28"/>
        </w:rPr>
        <w:t>ữ</w:t>
      </w:r>
      <w:r w:rsidRPr="009F59B5">
        <w:rPr>
          <w:rFonts w:ascii="Times New Roman" w:hAnsi="Times New Roman" w:cs="Times New Roman"/>
          <w:b/>
          <w:sz w:val="28"/>
          <w:szCs w:val="28"/>
        </w:rPr>
        <w:t>ng danh hi</w:t>
      </w:r>
      <w:r w:rsidRPr="009F59B5">
        <w:rPr>
          <w:rFonts w:ascii="Times New Roman" w:hAnsi="Times New Roman" w:cs="Times New Roman"/>
          <w:b/>
          <w:sz w:val="28"/>
          <w:szCs w:val="28"/>
        </w:rPr>
        <w:t>ệ</w:t>
      </w:r>
      <w:r w:rsidRPr="009F59B5">
        <w:rPr>
          <w:rFonts w:ascii="Times New Roman" w:hAnsi="Times New Roman" w:cs="Times New Roman"/>
          <w:b/>
          <w:sz w:val="28"/>
          <w:szCs w:val="28"/>
        </w:rPr>
        <w:t>u</w:t>
      </w:r>
    </w:p>
    <w:p w:rsidR="002D7C7E" w:rsidRPr="009F59B5" w:rsidRDefault="00C31F0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sz w:val="28"/>
          <w:szCs w:val="28"/>
        </w:rPr>
        <w:t>V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i tinh th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n trách nhi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m, s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 xml:space="preserve"> t</w:t>
      </w:r>
      <w:r w:rsidRPr="009F59B5">
        <w:rPr>
          <w:rFonts w:ascii="Times New Roman" w:hAnsi="Times New Roman" w:cs="Times New Roman"/>
          <w:sz w:val="28"/>
          <w:szCs w:val="28"/>
        </w:rPr>
        <w:t>ậ</w:t>
      </w:r>
      <w:r w:rsidRPr="009F59B5">
        <w:rPr>
          <w:rFonts w:ascii="Times New Roman" w:hAnsi="Times New Roman" w:cs="Times New Roman"/>
          <w:sz w:val="28"/>
          <w:szCs w:val="28"/>
        </w:rPr>
        <w:t>n tâm và lòng yêu ngh</w:t>
      </w:r>
      <w:r w:rsidRPr="009F59B5">
        <w:rPr>
          <w:rFonts w:ascii="Times New Roman" w:hAnsi="Times New Roman" w:cs="Times New Roman"/>
          <w:sz w:val="28"/>
          <w:szCs w:val="28"/>
        </w:rPr>
        <w:t>ề</w:t>
      </w:r>
      <w:r w:rsidRPr="009F59B5">
        <w:rPr>
          <w:rFonts w:ascii="Times New Roman" w:hAnsi="Times New Roman" w:cs="Times New Roman"/>
          <w:sz w:val="28"/>
          <w:szCs w:val="28"/>
        </w:rPr>
        <w:t xml:space="preserve"> m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Pr="009F59B5">
        <w:rPr>
          <w:rFonts w:ascii="Times New Roman" w:hAnsi="Times New Roman" w:cs="Times New Roman"/>
          <w:sz w:val="28"/>
          <w:szCs w:val="28"/>
        </w:rPr>
        <w:t>n tr</w:t>
      </w:r>
      <w:r w:rsidRPr="009F59B5">
        <w:rPr>
          <w:rFonts w:ascii="Times New Roman" w:hAnsi="Times New Roman" w:cs="Times New Roman"/>
          <w:sz w:val="28"/>
          <w:szCs w:val="28"/>
        </w:rPr>
        <w:t>ẻ</w:t>
      </w:r>
      <w:r w:rsidRPr="009F59B5">
        <w:rPr>
          <w:rFonts w:ascii="Times New Roman" w:hAnsi="Times New Roman" w:cs="Times New Roman"/>
          <w:sz w:val="28"/>
          <w:szCs w:val="28"/>
        </w:rPr>
        <w:t>, t</w:t>
      </w:r>
      <w:r w:rsidRPr="009F59B5">
        <w:rPr>
          <w:rFonts w:ascii="Times New Roman" w:hAnsi="Times New Roman" w:cs="Times New Roman"/>
          <w:sz w:val="28"/>
          <w:szCs w:val="28"/>
        </w:rPr>
        <w:t>ậ</w:t>
      </w:r>
      <w:r w:rsidRPr="009F59B5">
        <w:rPr>
          <w:rFonts w:ascii="Times New Roman" w:hAnsi="Times New Roman" w:cs="Times New Roman"/>
          <w:sz w:val="28"/>
          <w:szCs w:val="28"/>
        </w:rPr>
        <w:t>p th</w:t>
      </w:r>
      <w:r w:rsidRPr="009F59B5">
        <w:rPr>
          <w:rFonts w:ascii="Times New Roman" w:hAnsi="Times New Roman" w:cs="Times New Roman"/>
          <w:sz w:val="28"/>
          <w:szCs w:val="28"/>
        </w:rPr>
        <w:t>ể</w:t>
      </w:r>
      <w:r w:rsidRPr="009F59B5">
        <w:rPr>
          <w:rFonts w:ascii="Times New Roman" w:hAnsi="Times New Roman" w:cs="Times New Roman"/>
          <w:sz w:val="28"/>
          <w:szCs w:val="28"/>
        </w:rPr>
        <w:t xml:space="preserve">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M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m non Pa Thơm đang t</w:t>
      </w:r>
      <w:r w:rsidRPr="009F59B5">
        <w:rPr>
          <w:rFonts w:ascii="Times New Roman" w:hAnsi="Times New Roman" w:cs="Times New Roman"/>
          <w:sz w:val="28"/>
          <w:szCs w:val="28"/>
        </w:rPr>
        <w:t>ừ</w:t>
      </w:r>
      <w:r w:rsidRPr="009F59B5">
        <w:rPr>
          <w:rFonts w:ascii="Times New Roman" w:hAnsi="Times New Roman" w:cs="Times New Roman"/>
          <w:sz w:val="28"/>
          <w:szCs w:val="28"/>
        </w:rPr>
        <w:t>ng bư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c hoàn thi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n các tiêu chí v</w:t>
      </w:r>
      <w:r w:rsidRPr="009F59B5">
        <w:rPr>
          <w:rFonts w:ascii="Times New Roman" w:hAnsi="Times New Roman" w:cs="Times New Roman"/>
          <w:sz w:val="28"/>
          <w:szCs w:val="28"/>
        </w:rPr>
        <w:t>ề</w:t>
      </w:r>
      <w:r w:rsidRPr="009F59B5">
        <w:rPr>
          <w:rFonts w:ascii="Times New Roman" w:hAnsi="Times New Roman" w:cs="Times New Roman"/>
          <w:sz w:val="28"/>
          <w:szCs w:val="28"/>
        </w:rPr>
        <w:t xml:space="preserve"> t</w:t>
      </w:r>
      <w:r w:rsidRPr="009F59B5">
        <w:rPr>
          <w:rFonts w:ascii="Times New Roman" w:hAnsi="Times New Roman" w:cs="Times New Roman"/>
          <w:sz w:val="28"/>
          <w:szCs w:val="28"/>
        </w:rPr>
        <w:t>ổ</w:t>
      </w:r>
      <w:r w:rsidRPr="009F59B5">
        <w:rPr>
          <w:rFonts w:ascii="Times New Roman" w:hAnsi="Times New Roman" w:cs="Times New Roman"/>
          <w:sz w:val="28"/>
          <w:szCs w:val="28"/>
        </w:rPr>
        <w:t xml:space="preserve"> ch</w:t>
      </w:r>
      <w:r w:rsidRPr="009F59B5">
        <w:rPr>
          <w:rFonts w:ascii="Times New Roman" w:hAnsi="Times New Roman" w:cs="Times New Roman"/>
          <w:sz w:val="28"/>
          <w:szCs w:val="28"/>
        </w:rPr>
        <w:t>ứ</w:t>
      </w:r>
      <w:r w:rsidRPr="009F59B5">
        <w:rPr>
          <w:rFonts w:ascii="Times New Roman" w:hAnsi="Times New Roman" w:cs="Times New Roman"/>
          <w:sz w:val="28"/>
          <w:szCs w:val="28"/>
        </w:rPr>
        <w:t>c, chăm sóc – giáo d</w:t>
      </w:r>
      <w:r w:rsidRPr="009F59B5">
        <w:rPr>
          <w:rFonts w:ascii="Times New Roman" w:hAnsi="Times New Roman" w:cs="Times New Roman"/>
          <w:sz w:val="28"/>
          <w:szCs w:val="28"/>
        </w:rPr>
        <w:t>ụ</w:t>
      </w:r>
      <w:r w:rsidRPr="009F59B5">
        <w:rPr>
          <w:rFonts w:ascii="Times New Roman" w:hAnsi="Times New Roman" w:cs="Times New Roman"/>
          <w:sz w:val="28"/>
          <w:szCs w:val="28"/>
        </w:rPr>
        <w:t>c tr</w:t>
      </w:r>
      <w:r w:rsidRPr="009F59B5">
        <w:rPr>
          <w:rFonts w:ascii="Times New Roman" w:hAnsi="Times New Roman" w:cs="Times New Roman"/>
          <w:sz w:val="28"/>
          <w:szCs w:val="28"/>
        </w:rPr>
        <w:t>ẻ</w:t>
      </w:r>
      <w:r w:rsidRPr="009F59B5">
        <w:rPr>
          <w:rFonts w:ascii="Times New Roman" w:hAnsi="Times New Roman" w:cs="Times New Roman"/>
          <w:sz w:val="28"/>
          <w:szCs w:val="28"/>
        </w:rPr>
        <w:t>, cơ s</w:t>
      </w:r>
      <w:r w:rsidRPr="009F59B5">
        <w:rPr>
          <w:rFonts w:ascii="Times New Roman" w:hAnsi="Times New Roman" w:cs="Times New Roman"/>
          <w:sz w:val="28"/>
          <w:szCs w:val="28"/>
        </w:rPr>
        <w:t>ở</w:t>
      </w:r>
      <w:r w:rsidRPr="009F59B5">
        <w:rPr>
          <w:rFonts w:ascii="Times New Roman" w:hAnsi="Times New Roman" w:cs="Times New Roman"/>
          <w:sz w:val="28"/>
          <w:szCs w:val="28"/>
        </w:rPr>
        <w:t xml:space="preserve"> v</w:t>
      </w:r>
      <w:r w:rsidRPr="009F59B5">
        <w:rPr>
          <w:rFonts w:ascii="Times New Roman" w:hAnsi="Times New Roman" w:cs="Times New Roman"/>
          <w:sz w:val="28"/>
          <w:szCs w:val="28"/>
        </w:rPr>
        <w:t>ậ</w:t>
      </w:r>
      <w:r w:rsidRPr="009F59B5">
        <w:rPr>
          <w:rFonts w:ascii="Times New Roman" w:hAnsi="Times New Roman" w:cs="Times New Roman"/>
          <w:sz w:val="28"/>
          <w:szCs w:val="28"/>
        </w:rPr>
        <w:t>t ch</w:t>
      </w:r>
      <w:r w:rsidRPr="009F59B5">
        <w:rPr>
          <w:rFonts w:ascii="Times New Roman" w:hAnsi="Times New Roman" w:cs="Times New Roman"/>
          <w:sz w:val="28"/>
          <w:szCs w:val="28"/>
        </w:rPr>
        <w:t>ấ</w:t>
      </w:r>
      <w:r w:rsidRPr="009F59B5">
        <w:rPr>
          <w:rFonts w:ascii="Times New Roman" w:hAnsi="Times New Roman" w:cs="Times New Roman"/>
          <w:sz w:val="28"/>
          <w:szCs w:val="28"/>
        </w:rPr>
        <w:t>t, môi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giáo d</w:t>
      </w:r>
      <w:r w:rsidRPr="009F59B5">
        <w:rPr>
          <w:rFonts w:ascii="Times New Roman" w:hAnsi="Times New Roman" w:cs="Times New Roman"/>
          <w:sz w:val="28"/>
          <w:szCs w:val="28"/>
        </w:rPr>
        <w:t>ụ</w:t>
      </w:r>
      <w:r w:rsidRPr="009F59B5">
        <w:rPr>
          <w:rFonts w:ascii="Times New Roman" w:hAnsi="Times New Roman" w:cs="Times New Roman"/>
          <w:sz w:val="28"/>
          <w:szCs w:val="28"/>
        </w:rPr>
        <w:t>c và công tác xã h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i hóa. S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 xml:space="preserve"> qu</w:t>
      </w:r>
      <w:r w:rsidRPr="009F59B5">
        <w:rPr>
          <w:rFonts w:ascii="Times New Roman" w:hAnsi="Times New Roman" w:cs="Times New Roman"/>
          <w:sz w:val="28"/>
          <w:szCs w:val="28"/>
        </w:rPr>
        <w:t>an tâm ch</w:t>
      </w:r>
      <w:r w:rsidRPr="009F59B5">
        <w:rPr>
          <w:rFonts w:ascii="Times New Roman" w:hAnsi="Times New Roman" w:cs="Times New Roman"/>
          <w:sz w:val="28"/>
          <w:szCs w:val="28"/>
        </w:rPr>
        <w:t>ỉ</w:t>
      </w:r>
      <w:r w:rsidRPr="009F59B5">
        <w:rPr>
          <w:rFonts w:ascii="Times New Roman" w:hAnsi="Times New Roman" w:cs="Times New Roman"/>
          <w:sz w:val="28"/>
          <w:szCs w:val="28"/>
        </w:rPr>
        <w:t xml:space="preserve"> đ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o sát sao c</w:t>
      </w:r>
      <w:r w:rsidRPr="009F59B5">
        <w:rPr>
          <w:rFonts w:ascii="Times New Roman" w:hAnsi="Times New Roman" w:cs="Times New Roman"/>
          <w:sz w:val="28"/>
          <w:szCs w:val="28"/>
        </w:rPr>
        <w:t>ủ</w:t>
      </w:r>
      <w:r w:rsidRPr="009F59B5">
        <w:rPr>
          <w:rFonts w:ascii="Times New Roman" w:hAnsi="Times New Roman" w:cs="Times New Roman"/>
          <w:sz w:val="28"/>
          <w:szCs w:val="28"/>
        </w:rPr>
        <w:t xml:space="preserve">a </w:t>
      </w:r>
      <w:r w:rsidR="00FB4D2F">
        <w:rPr>
          <w:rFonts w:ascii="Times New Roman" w:hAnsi="Times New Roman" w:cs="Times New Roman"/>
          <w:sz w:val="28"/>
          <w:szCs w:val="28"/>
        </w:rPr>
        <w:t>UBND xã Thanh yên</w:t>
      </w:r>
      <w:r w:rsidRPr="009F59B5">
        <w:rPr>
          <w:rFonts w:ascii="Times New Roman" w:hAnsi="Times New Roman" w:cs="Times New Roman"/>
          <w:sz w:val="28"/>
          <w:szCs w:val="28"/>
        </w:rPr>
        <w:t>, cùng s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 xml:space="preserve"> h</w:t>
      </w:r>
      <w:r w:rsidRPr="009F59B5">
        <w:rPr>
          <w:rFonts w:ascii="Times New Roman" w:hAnsi="Times New Roman" w:cs="Times New Roman"/>
          <w:sz w:val="28"/>
          <w:szCs w:val="28"/>
        </w:rPr>
        <w:t>ỗ</w:t>
      </w:r>
      <w:r w:rsidRPr="009F59B5">
        <w:rPr>
          <w:rFonts w:ascii="Times New Roman" w:hAnsi="Times New Roman" w:cs="Times New Roman"/>
          <w:sz w:val="28"/>
          <w:szCs w:val="28"/>
        </w:rPr>
        <w:t xml:space="preserve"> tr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 xml:space="preserve"> nhi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t tình c</w:t>
      </w:r>
      <w:r w:rsidRPr="009F59B5">
        <w:rPr>
          <w:rFonts w:ascii="Times New Roman" w:hAnsi="Times New Roman" w:cs="Times New Roman"/>
          <w:sz w:val="28"/>
          <w:szCs w:val="28"/>
        </w:rPr>
        <w:t>ủ</w:t>
      </w:r>
      <w:r w:rsidRPr="009F59B5">
        <w:rPr>
          <w:rFonts w:ascii="Times New Roman" w:hAnsi="Times New Roman" w:cs="Times New Roman"/>
          <w:sz w:val="28"/>
          <w:szCs w:val="28"/>
        </w:rPr>
        <w:t>a chính quy</w:t>
      </w:r>
      <w:r w:rsidRPr="009F59B5">
        <w:rPr>
          <w:rFonts w:ascii="Times New Roman" w:hAnsi="Times New Roman" w:cs="Times New Roman"/>
          <w:sz w:val="28"/>
          <w:szCs w:val="28"/>
        </w:rPr>
        <w:t>ề</w:t>
      </w:r>
      <w:r w:rsidRPr="009F59B5">
        <w:rPr>
          <w:rFonts w:ascii="Times New Roman" w:hAnsi="Times New Roman" w:cs="Times New Roman"/>
          <w:sz w:val="28"/>
          <w:szCs w:val="28"/>
        </w:rPr>
        <w:t>n đ</w:t>
      </w:r>
      <w:r w:rsidRPr="009F59B5">
        <w:rPr>
          <w:rFonts w:ascii="Times New Roman" w:hAnsi="Times New Roman" w:cs="Times New Roman"/>
          <w:sz w:val="28"/>
          <w:szCs w:val="28"/>
        </w:rPr>
        <w:t>ị</w:t>
      </w:r>
      <w:r w:rsidRPr="009F59B5">
        <w:rPr>
          <w:rFonts w:ascii="Times New Roman" w:hAnsi="Times New Roman" w:cs="Times New Roman"/>
          <w:sz w:val="28"/>
          <w:szCs w:val="28"/>
        </w:rPr>
        <w:t>a phương, các l</w:t>
      </w:r>
      <w:r w:rsidRPr="009F59B5">
        <w:rPr>
          <w:rFonts w:ascii="Times New Roman" w:hAnsi="Times New Roman" w:cs="Times New Roman"/>
          <w:sz w:val="28"/>
          <w:szCs w:val="28"/>
        </w:rPr>
        <w:t>ự</w:t>
      </w:r>
      <w:r w:rsidRPr="009F59B5">
        <w:rPr>
          <w:rFonts w:ascii="Times New Roman" w:hAnsi="Times New Roman" w:cs="Times New Roman"/>
          <w:sz w:val="28"/>
          <w:szCs w:val="28"/>
        </w:rPr>
        <w:t>c lư</w:t>
      </w:r>
      <w:r w:rsidRPr="009F59B5">
        <w:rPr>
          <w:rFonts w:ascii="Times New Roman" w:hAnsi="Times New Roman" w:cs="Times New Roman"/>
          <w:sz w:val="28"/>
          <w:szCs w:val="28"/>
        </w:rPr>
        <w:t>ợ</w:t>
      </w:r>
      <w:r w:rsidRPr="009F59B5">
        <w:rPr>
          <w:rFonts w:ascii="Times New Roman" w:hAnsi="Times New Roman" w:cs="Times New Roman"/>
          <w:sz w:val="28"/>
          <w:szCs w:val="28"/>
        </w:rPr>
        <w:t>ng vũ trang và nhân dân chính là ngu</w:t>
      </w:r>
      <w:r w:rsidRPr="009F59B5">
        <w:rPr>
          <w:rFonts w:ascii="Times New Roman" w:hAnsi="Times New Roman" w:cs="Times New Roman"/>
          <w:sz w:val="28"/>
          <w:szCs w:val="28"/>
        </w:rPr>
        <w:t>ồ</w:t>
      </w:r>
      <w:r w:rsidRPr="009F59B5">
        <w:rPr>
          <w:rFonts w:ascii="Times New Roman" w:hAnsi="Times New Roman" w:cs="Times New Roman"/>
          <w:sz w:val="28"/>
          <w:szCs w:val="28"/>
        </w:rPr>
        <w:t>n đ</w:t>
      </w:r>
      <w:r w:rsidRPr="009F59B5">
        <w:rPr>
          <w:rFonts w:ascii="Times New Roman" w:hAnsi="Times New Roman" w:cs="Times New Roman"/>
          <w:sz w:val="28"/>
          <w:szCs w:val="28"/>
        </w:rPr>
        <w:t>ộ</w:t>
      </w:r>
      <w:r w:rsidRPr="009F59B5">
        <w:rPr>
          <w:rFonts w:ascii="Times New Roman" w:hAnsi="Times New Roman" w:cs="Times New Roman"/>
          <w:sz w:val="28"/>
          <w:szCs w:val="28"/>
        </w:rPr>
        <w:t>ng viên to l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n giúp nhà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thêm v</w:t>
      </w:r>
      <w:r w:rsidRPr="009F59B5">
        <w:rPr>
          <w:rFonts w:ascii="Times New Roman" w:hAnsi="Times New Roman" w:cs="Times New Roman"/>
          <w:sz w:val="28"/>
          <w:szCs w:val="28"/>
        </w:rPr>
        <w:t>ữ</w:t>
      </w:r>
      <w:r w:rsidRPr="009F59B5">
        <w:rPr>
          <w:rFonts w:ascii="Times New Roman" w:hAnsi="Times New Roman" w:cs="Times New Roman"/>
          <w:sz w:val="28"/>
          <w:szCs w:val="28"/>
        </w:rPr>
        <w:t>ng tin trư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c ngày đón đoàn ki</w:t>
      </w:r>
      <w:r w:rsidRPr="009F59B5">
        <w:rPr>
          <w:rFonts w:ascii="Times New Roman" w:hAnsi="Times New Roman" w:cs="Times New Roman"/>
          <w:sz w:val="28"/>
          <w:szCs w:val="28"/>
        </w:rPr>
        <w:t>ể</w:t>
      </w:r>
      <w:r w:rsidRPr="009F59B5">
        <w:rPr>
          <w:rFonts w:ascii="Times New Roman" w:hAnsi="Times New Roman" w:cs="Times New Roman"/>
          <w:sz w:val="28"/>
          <w:szCs w:val="28"/>
        </w:rPr>
        <w:t>m tra.</w:t>
      </w:r>
    </w:p>
    <w:p w:rsidR="002D7C7E" w:rsidRPr="009F59B5" w:rsidRDefault="00C31F0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b/>
          <w:sz w:val="28"/>
          <w:szCs w:val="28"/>
        </w:rPr>
        <w:t>Ni</w:t>
      </w:r>
      <w:r w:rsidRPr="009F59B5">
        <w:rPr>
          <w:rFonts w:ascii="Times New Roman" w:hAnsi="Times New Roman" w:cs="Times New Roman"/>
          <w:b/>
          <w:sz w:val="28"/>
          <w:szCs w:val="28"/>
        </w:rPr>
        <w:t>ề</w:t>
      </w:r>
      <w:r w:rsidRPr="009F59B5">
        <w:rPr>
          <w:rFonts w:ascii="Times New Roman" w:hAnsi="Times New Roman" w:cs="Times New Roman"/>
          <w:b/>
          <w:sz w:val="28"/>
          <w:szCs w:val="28"/>
        </w:rPr>
        <w:t>m tin vào m</w:t>
      </w:r>
      <w:r w:rsidRPr="009F59B5">
        <w:rPr>
          <w:rFonts w:ascii="Times New Roman" w:hAnsi="Times New Roman" w:cs="Times New Roman"/>
          <w:b/>
          <w:sz w:val="28"/>
          <w:szCs w:val="28"/>
        </w:rPr>
        <w:t>ộ</w:t>
      </w:r>
      <w:r w:rsidRPr="009F59B5">
        <w:rPr>
          <w:rFonts w:ascii="Times New Roman" w:hAnsi="Times New Roman" w:cs="Times New Roman"/>
          <w:b/>
          <w:sz w:val="28"/>
          <w:szCs w:val="28"/>
        </w:rPr>
        <w:t>t ch</w:t>
      </w:r>
      <w:r w:rsidRPr="009F59B5">
        <w:rPr>
          <w:rFonts w:ascii="Times New Roman" w:hAnsi="Times New Roman" w:cs="Times New Roman"/>
          <w:b/>
          <w:sz w:val="28"/>
          <w:szCs w:val="28"/>
        </w:rPr>
        <w:t>ặ</w:t>
      </w:r>
      <w:r w:rsidRPr="009F59B5">
        <w:rPr>
          <w:rFonts w:ascii="Times New Roman" w:hAnsi="Times New Roman" w:cs="Times New Roman"/>
          <w:b/>
          <w:sz w:val="28"/>
          <w:szCs w:val="28"/>
        </w:rPr>
        <w:t>ng đư</w:t>
      </w:r>
      <w:r w:rsidRPr="009F59B5">
        <w:rPr>
          <w:rFonts w:ascii="Times New Roman" w:hAnsi="Times New Roman" w:cs="Times New Roman"/>
          <w:b/>
          <w:sz w:val="28"/>
          <w:szCs w:val="28"/>
        </w:rPr>
        <w:t>ờ</w:t>
      </w:r>
      <w:r w:rsidRPr="009F59B5">
        <w:rPr>
          <w:rFonts w:ascii="Times New Roman" w:hAnsi="Times New Roman" w:cs="Times New Roman"/>
          <w:b/>
          <w:sz w:val="28"/>
          <w:szCs w:val="28"/>
        </w:rPr>
        <w:t>ng m</w:t>
      </w:r>
      <w:r w:rsidRPr="009F59B5">
        <w:rPr>
          <w:rFonts w:ascii="Times New Roman" w:hAnsi="Times New Roman" w:cs="Times New Roman"/>
          <w:b/>
          <w:sz w:val="28"/>
          <w:szCs w:val="28"/>
        </w:rPr>
        <w:t>ớ</w:t>
      </w:r>
      <w:r w:rsidRPr="009F59B5">
        <w:rPr>
          <w:rFonts w:ascii="Times New Roman" w:hAnsi="Times New Roman" w:cs="Times New Roman"/>
          <w:b/>
          <w:sz w:val="28"/>
          <w:szCs w:val="28"/>
        </w:rPr>
        <w:t>i</w:t>
      </w:r>
    </w:p>
    <w:p w:rsidR="002D7C7E" w:rsidRPr="009F59B5" w:rsidRDefault="00C31F0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F59B5">
        <w:rPr>
          <w:rFonts w:ascii="Times New Roman" w:hAnsi="Times New Roman" w:cs="Times New Roman"/>
          <w:sz w:val="28"/>
          <w:szCs w:val="28"/>
        </w:rPr>
        <w:t>Tin tư</w:t>
      </w:r>
      <w:r w:rsidRPr="009F59B5">
        <w:rPr>
          <w:rFonts w:ascii="Times New Roman" w:hAnsi="Times New Roman" w:cs="Times New Roman"/>
          <w:sz w:val="28"/>
          <w:szCs w:val="28"/>
        </w:rPr>
        <w:t>ở</w:t>
      </w:r>
      <w:r w:rsidRPr="009F59B5">
        <w:rPr>
          <w:rFonts w:ascii="Times New Roman" w:hAnsi="Times New Roman" w:cs="Times New Roman"/>
          <w:sz w:val="28"/>
          <w:szCs w:val="28"/>
        </w:rPr>
        <w:t>ng r</w:t>
      </w:r>
      <w:r w:rsidRPr="009F59B5">
        <w:rPr>
          <w:rFonts w:ascii="Times New Roman" w:hAnsi="Times New Roman" w:cs="Times New Roman"/>
          <w:sz w:val="28"/>
          <w:szCs w:val="28"/>
        </w:rPr>
        <w:t>ằ</w:t>
      </w:r>
      <w:r w:rsidRPr="009F59B5">
        <w:rPr>
          <w:rFonts w:ascii="Times New Roman" w:hAnsi="Times New Roman" w:cs="Times New Roman"/>
          <w:sz w:val="28"/>
          <w:szCs w:val="28"/>
        </w:rPr>
        <w:t>ng, v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i tinh th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n đoàn k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Pr="009F59B5">
        <w:rPr>
          <w:rFonts w:ascii="Times New Roman" w:hAnsi="Times New Roman" w:cs="Times New Roman"/>
          <w:sz w:val="28"/>
          <w:szCs w:val="28"/>
        </w:rPr>
        <w:t>t, quy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Pr="009F59B5">
        <w:rPr>
          <w:rFonts w:ascii="Times New Roman" w:hAnsi="Times New Roman" w:cs="Times New Roman"/>
          <w:sz w:val="28"/>
          <w:szCs w:val="28"/>
        </w:rPr>
        <w:t>t tâm và tình yêu dành cho ngh</w:t>
      </w:r>
      <w:r w:rsidRPr="009F59B5">
        <w:rPr>
          <w:rFonts w:ascii="Times New Roman" w:hAnsi="Times New Roman" w:cs="Times New Roman"/>
          <w:sz w:val="28"/>
          <w:szCs w:val="28"/>
        </w:rPr>
        <w:t>ề</w:t>
      </w:r>
      <w:r w:rsidRPr="009F59B5">
        <w:rPr>
          <w:rFonts w:ascii="Times New Roman" w:hAnsi="Times New Roman" w:cs="Times New Roman"/>
          <w:sz w:val="28"/>
          <w:szCs w:val="28"/>
        </w:rPr>
        <w:t>, cho tr</w:t>
      </w:r>
      <w:r w:rsidRPr="009F59B5">
        <w:rPr>
          <w:rFonts w:ascii="Times New Roman" w:hAnsi="Times New Roman" w:cs="Times New Roman"/>
          <w:sz w:val="28"/>
          <w:szCs w:val="28"/>
        </w:rPr>
        <w:t>ẻ</w:t>
      </w:r>
      <w:r w:rsidRPr="009F59B5">
        <w:rPr>
          <w:rFonts w:ascii="Times New Roman" w:hAnsi="Times New Roman" w:cs="Times New Roman"/>
          <w:sz w:val="28"/>
          <w:szCs w:val="28"/>
        </w:rPr>
        <w:t>,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M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>m non Pa Thơm s</w:t>
      </w:r>
      <w:r w:rsidRPr="009F59B5">
        <w:rPr>
          <w:rFonts w:ascii="Times New Roman" w:hAnsi="Times New Roman" w:cs="Times New Roman"/>
          <w:sz w:val="28"/>
          <w:szCs w:val="28"/>
        </w:rPr>
        <w:t>ẽ</w:t>
      </w:r>
      <w:r w:rsidRPr="009F59B5">
        <w:rPr>
          <w:rFonts w:ascii="Times New Roman" w:hAnsi="Times New Roman" w:cs="Times New Roman"/>
          <w:sz w:val="28"/>
          <w:szCs w:val="28"/>
        </w:rPr>
        <w:t xml:space="preserve"> ti</w:t>
      </w:r>
      <w:r w:rsidRPr="009F59B5">
        <w:rPr>
          <w:rFonts w:ascii="Times New Roman" w:hAnsi="Times New Roman" w:cs="Times New Roman"/>
          <w:sz w:val="28"/>
          <w:szCs w:val="28"/>
        </w:rPr>
        <w:t>ế</w:t>
      </w:r>
      <w:r w:rsidRPr="009F59B5">
        <w:rPr>
          <w:rFonts w:ascii="Times New Roman" w:hAnsi="Times New Roman" w:cs="Times New Roman"/>
          <w:sz w:val="28"/>
          <w:szCs w:val="28"/>
        </w:rPr>
        <w:t>p t</w:t>
      </w:r>
      <w:r w:rsidRPr="009F59B5">
        <w:rPr>
          <w:rFonts w:ascii="Times New Roman" w:hAnsi="Times New Roman" w:cs="Times New Roman"/>
          <w:sz w:val="28"/>
          <w:szCs w:val="28"/>
        </w:rPr>
        <w:t>ụ</w:t>
      </w:r>
      <w:r w:rsidRPr="009F59B5">
        <w:rPr>
          <w:rFonts w:ascii="Times New Roman" w:hAnsi="Times New Roman" w:cs="Times New Roman"/>
          <w:sz w:val="28"/>
          <w:szCs w:val="28"/>
        </w:rPr>
        <w:t>c gi</w:t>
      </w:r>
      <w:r w:rsidRPr="009F59B5">
        <w:rPr>
          <w:rFonts w:ascii="Times New Roman" w:hAnsi="Times New Roman" w:cs="Times New Roman"/>
          <w:sz w:val="28"/>
          <w:szCs w:val="28"/>
        </w:rPr>
        <w:t>ữ</w:t>
      </w:r>
      <w:r w:rsidRPr="009F59B5">
        <w:rPr>
          <w:rFonts w:ascii="Times New Roman" w:hAnsi="Times New Roman" w:cs="Times New Roman"/>
          <w:sz w:val="28"/>
          <w:szCs w:val="28"/>
        </w:rPr>
        <w:t xml:space="preserve"> v</w:t>
      </w:r>
      <w:r w:rsidRPr="009F59B5">
        <w:rPr>
          <w:rFonts w:ascii="Times New Roman" w:hAnsi="Times New Roman" w:cs="Times New Roman"/>
          <w:sz w:val="28"/>
          <w:szCs w:val="28"/>
        </w:rPr>
        <w:t>ữ</w:t>
      </w:r>
      <w:r w:rsidRPr="009F59B5">
        <w:rPr>
          <w:rFonts w:ascii="Times New Roman" w:hAnsi="Times New Roman" w:cs="Times New Roman"/>
          <w:sz w:val="28"/>
          <w:szCs w:val="28"/>
        </w:rPr>
        <w:t>ng danh hi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u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đ</w:t>
      </w:r>
      <w:r w:rsidRPr="009F59B5">
        <w:rPr>
          <w:rFonts w:ascii="Times New Roman" w:hAnsi="Times New Roman" w:cs="Times New Roman"/>
          <w:sz w:val="28"/>
          <w:szCs w:val="28"/>
        </w:rPr>
        <w:t>ạ</w:t>
      </w:r>
      <w:r w:rsidRPr="009F59B5">
        <w:rPr>
          <w:rFonts w:ascii="Times New Roman" w:hAnsi="Times New Roman" w:cs="Times New Roman"/>
          <w:sz w:val="28"/>
          <w:szCs w:val="28"/>
        </w:rPr>
        <w:t>t chu</w:t>
      </w:r>
      <w:r w:rsidRPr="009F59B5">
        <w:rPr>
          <w:rFonts w:ascii="Times New Roman" w:hAnsi="Times New Roman" w:cs="Times New Roman"/>
          <w:sz w:val="28"/>
          <w:szCs w:val="28"/>
        </w:rPr>
        <w:t>ẩ</w:t>
      </w:r>
      <w:r w:rsidRPr="009F59B5">
        <w:rPr>
          <w:rFonts w:ascii="Times New Roman" w:hAnsi="Times New Roman" w:cs="Times New Roman"/>
          <w:sz w:val="28"/>
          <w:szCs w:val="28"/>
        </w:rPr>
        <w:t>n qu</w:t>
      </w:r>
      <w:r w:rsidRPr="009F59B5">
        <w:rPr>
          <w:rFonts w:ascii="Times New Roman" w:hAnsi="Times New Roman" w:cs="Times New Roman"/>
          <w:sz w:val="28"/>
          <w:szCs w:val="28"/>
        </w:rPr>
        <w:t>ố</w:t>
      </w:r>
      <w:r w:rsidRPr="009F59B5">
        <w:rPr>
          <w:rFonts w:ascii="Times New Roman" w:hAnsi="Times New Roman" w:cs="Times New Roman"/>
          <w:sz w:val="28"/>
          <w:szCs w:val="28"/>
        </w:rPr>
        <w:t>c gia, x</w:t>
      </w:r>
      <w:r w:rsidRPr="009F59B5">
        <w:rPr>
          <w:rFonts w:ascii="Times New Roman" w:hAnsi="Times New Roman" w:cs="Times New Roman"/>
          <w:sz w:val="28"/>
          <w:szCs w:val="28"/>
        </w:rPr>
        <w:t>ứ</w:t>
      </w:r>
      <w:r w:rsidRPr="009F59B5">
        <w:rPr>
          <w:rFonts w:ascii="Times New Roman" w:hAnsi="Times New Roman" w:cs="Times New Roman"/>
          <w:sz w:val="28"/>
          <w:szCs w:val="28"/>
        </w:rPr>
        <w:t>ng đáng là mái trư</w:t>
      </w:r>
      <w:r w:rsidRPr="009F59B5">
        <w:rPr>
          <w:rFonts w:ascii="Times New Roman" w:hAnsi="Times New Roman" w:cs="Times New Roman"/>
          <w:sz w:val="28"/>
          <w:szCs w:val="28"/>
        </w:rPr>
        <w:t>ờ</w:t>
      </w:r>
      <w:r w:rsidRPr="009F59B5">
        <w:rPr>
          <w:rFonts w:ascii="Times New Roman" w:hAnsi="Times New Roman" w:cs="Times New Roman"/>
          <w:sz w:val="28"/>
          <w:szCs w:val="28"/>
        </w:rPr>
        <w:t>ng thân thi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n – nơi ươm m</w:t>
      </w:r>
      <w:r w:rsidRPr="009F59B5">
        <w:rPr>
          <w:rFonts w:ascii="Times New Roman" w:hAnsi="Times New Roman" w:cs="Times New Roman"/>
          <w:sz w:val="28"/>
          <w:szCs w:val="28"/>
        </w:rPr>
        <w:t>ầ</w:t>
      </w:r>
      <w:r w:rsidRPr="009F59B5">
        <w:rPr>
          <w:rFonts w:ascii="Times New Roman" w:hAnsi="Times New Roman" w:cs="Times New Roman"/>
          <w:sz w:val="28"/>
          <w:szCs w:val="28"/>
        </w:rPr>
        <w:t xml:space="preserve">m xanh cho </w:t>
      </w:r>
      <w:r w:rsidRPr="009F59B5">
        <w:rPr>
          <w:rFonts w:ascii="Times New Roman" w:hAnsi="Times New Roman" w:cs="Times New Roman"/>
          <w:sz w:val="28"/>
          <w:szCs w:val="28"/>
        </w:rPr>
        <w:t>tương lai quê hương biên gi</w:t>
      </w:r>
      <w:r w:rsidRPr="009F59B5">
        <w:rPr>
          <w:rFonts w:ascii="Times New Roman" w:hAnsi="Times New Roman" w:cs="Times New Roman"/>
          <w:sz w:val="28"/>
          <w:szCs w:val="28"/>
        </w:rPr>
        <w:t>ớ</w:t>
      </w:r>
      <w:r w:rsidRPr="009F59B5">
        <w:rPr>
          <w:rFonts w:ascii="Times New Roman" w:hAnsi="Times New Roman" w:cs="Times New Roman"/>
          <w:sz w:val="28"/>
          <w:szCs w:val="28"/>
        </w:rPr>
        <w:t>i Đi</w:t>
      </w:r>
      <w:r w:rsidRPr="009F59B5">
        <w:rPr>
          <w:rFonts w:ascii="Times New Roman" w:hAnsi="Times New Roman" w:cs="Times New Roman"/>
          <w:sz w:val="28"/>
          <w:szCs w:val="28"/>
        </w:rPr>
        <w:t>ệ</w:t>
      </w:r>
      <w:r w:rsidRPr="009F59B5">
        <w:rPr>
          <w:rFonts w:ascii="Times New Roman" w:hAnsi="Times New Roman" w:cs="Times New Roman"/>
          <w:sz w:val="28"/>
          <w:szCs w:val="28"/>
        </w:rPr>
        <w:t>n Biên anh hùng.</w:t>
      </w:r>
    </w:p>
    <w:p w:rsidR="002D7C7E" w:rsidRDefault="002D7C7E">
      <w:pPr>
        <w:jc w:val="right"/>
      </w:pPr>
      <w:bookmarkStart w:id="0" w:name="_GoBack"/>
      <w:bookmarkEnd w:id="0"/>
    </w:p>
    <w:sectPr w:rsidR="002D7C7E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25594"/>
    <w:rsid w:val="0029639D"/>
    <w:rsid w:val="002D7C7E"/>
    <w:rsid w:val="00326F90"/>
    <w:rsid w:val="009F59B5"/>
    <w:rsid w:val="00AA1D8D"/>
    <w:rsid w:val="00B47730"/>
    <w:rsid w:val="00C31F08"/>
    <w:rsid w:val="00CB0664"/>
    <w:rsid w:val="00FB4D2F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FB4D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4D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FB4D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4D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A5FF9E6-C097-4B13-9528-F57AD75184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367</Words>
  <Characters>2092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2455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Admin</cp:lastModifiedBy>
  <cp:revision>2</cp:revision>
  <dcterms:created xsi:type="dcterms:W3CDTF">2025-11-11T08:15:00Z</dcterms:created>
  <dcterms:modified xsi:type="dcterms:W3CDTF">2025-11-11T08:15:00Z</dcterms:modified>
</cp:coreProperties>
</file>